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529A9" w14:textId="56826301" w:rsidR="0022727B" w:rsidRDefault="002E7ECD">
      <w:pPr>
        <w:spacing w:after="40"/>
        <w:jc w:val="center"/>
      </w:pPr>
      <w:r>
        <w:rPr>
          <w:rFonts w:ascii="Arial" w:hAnsi="Arial"/>
          <w:b/>
          <w:noProof/>
          <w:color w:val="0F2043"/>
          <w:sz w:val="26"/>
        </w:rPr>
        <w:drawing>
          <wp:anchor distT="0" distB="0" distL="114300" distR="114300" simplePos="0" relativeHeight="251658240" behindDoc="0" locked="0" layoutInCell="1" allowOverlap="1" wp14:anchorId="5EE26EAB" wp14:editId="2FF37CBD">
            <wp:simplePos x="0" y="0"/>
            <wp:positionH relativeFrom="column">
              <wp:posOffset>30480</wp:posOffset>
            </wp:positionH>
            <wp:positionV relativeFrom="paragraph">
              <wp:posOffset>-83820</wp:posOffset>
            </wp:positionV>
            <wp:extent cx="450850" cy="735330"/>
            <wp:effectExtent l="0" t="0" r="6350" b="7620"/>
            <wp:wrapSquare wrapText="bothSides"/>
            <wp:docPr id="152899524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35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b/>
          <w:color w:val="0F2043"/>
          <w:sz w:val="26"/>
        </w:rPr>
        <w:t>MUĞLA SITKI KOÇMAN ÜNİVERSİTESİ</w:t>
      </w:r>
      <w:r>
        <w:rPr>
          <w:rFonts w:ascii="Arial" w:hAnsi="Arial"/>
          <w:b/>
          <w:color w:val="0F2043"/>
          <w:sz w:val="26"/>
        </w:rPr>
        <w:br/>
        <w:t>EDEBİYAT FAKÜLTESİ</w:t>
      </w:r>
      <w:r>
        <w:rPr>
          <w:rFonts w:ascii="Arial" w:hAnsi="Arial"/>
          <w:b/>
          <w:color w:val="0F2043"/>
          <w:sz w:val="26"/>
        </w:rPr>
        <w:br/>
      </w:r>
      <w:proofErr w:type="spellStart"/>
      <w:r>
        <w:rPr>
          <w:rFonts w:ascii="Arial" w:hAnsi="Arial"/>
          <w:b/>
          <w:color w:val="323232"/>
        </w:rPr>
        <w:t>Mezun</w:t>
      </w:r>
      <w:proofErr w:type="spellEnd"/>
      <w:r>
        <w:rPr>
          <w:rFonts w:ascii="Arial" w:hAnsi="Arial"/>
          <w:b/>
          <w:color w:val="323232"/>
        </w:rPr>
        <w:t xml:space="preserve"> Bilgi </w:t>
      </w:r>
      <w:proofErr w:type="spellStart"/>
      <w:r>
        <w:rPr>
          <w:rFonts w:ascii="Arial" w:hAnsi="Arial"/>
          <w:b/>
          <w:color w:val="323232"/>
        </w:rPr>
        <w:t>Toplama</w:t>
      </w:r>
      <w:proofErr w:type="spellEnd"/>
      <w:r>
        <w:rPr>
          <w:rFonts w:ascii="Arial" w:hAnsi="Arial"/>
          <w:b/>
          <w:color w:val="323232"/>
        </w:rPr>
        <w:t xml:space="preserve"> </w:t>
      </w:r>
      <w:proofErr w:type="spellStart"/>
      <w:r>
        <w:rPr>
          <w:rFonts w:ascii="Arial" w:hAnsi="Arial"/>
          <w:b/>
          <w:color w:val="323232"/>
        </w:rPr>
        <w:t>ve</w:t>
      </w:r>
      <w:proofErr w:type="spellEnd"/>
      <w:r>
        <w:rPr>
          <w:rFonts w:ascii="Arial" w:hAnsi="Arial"/>
          <w:b/>
          <w:color w:val="323232"/>
        </w:rPr>
        <w:t xml:space="preserve"> KVKK </w:t>
      </w:r>
      <w:proofErr w:type="spellStart"/>
      <w:r>
        <w:rPr>
          <w:rFonts w:ascii="Arial" w:hAnsi="Arial"/>
          <w:b/>
          <w:color w:val="323232"/>
        </w:rPr>
        <w:t>Açık</w:t>
      </w:r>
      <w:proofErr w:type="spellEnd"/>
      <w:r>
        <w:rPr>
          <w:rFonts w:ascii="Arial" w:hAnsi="Arial"/>
          <w:b/>
          <w:color w:val="323232"/>
        </w:rPr>
        <w:t xml:space="preserve"> </w:t>
      </w:r>
      <w:proofErr w:type="spellStart"/>
      <w:r>
        <w:rPr>
          <w:rFonts w:ascii="Arial" w:hAnsi="Arial"/>
          <w:b/>
          <w:color w:val="323232"/>
        </w:rPr>
        <w:t>Rıza</w:t>
      </w:r>
      <w:proofErr w:type="spellEnd"/>
      <w:r>
        <w:rPr>
          <w:rFonts w:ascii="Arial" w:hAnsi="Arial"/>
          <w:b/>
          <w:color w:val="323232"/>
        </w:rPr>
        <w:t xml:space="preserve"> Onam </w:t>
      </w:r>
      <w:proofErr w:type="spellStart"/>
      <w:r>
        <w:rPr>
          <w:rFonts w:ascii="Arial" w:hAnsi="Arial"/>
          <w:b/>
          <w:color w:val="323232"/>
        </w:rPr>
        <w:t>Formu</w:t>
      </w:r>
      <w:proofErr w:type="spellEnd"/>
    </w:p>
    <w:p w14:paraId="6984C85E" w14:textId="77777777" w:rsidR="002E7ECD" w:rsidRDefault="002E7ECD" w:rsidP="002E7ECD">
      <w:pPr>
        <w:spacing w:before="160"/>
        <w:jc w:val="both"/>
        <w:rPr>
          <w:rFonts w:ascii="Arial" w:hAnsi="Arial"/>
          <w:color w:val="323232"/>
          <w:sz w:val="19"/>
        </w:rPr>
      </w:pPr>
      <w:r>
        <w:rPr>
          <w:rFonts w:ascii="Arial" w:hAnsi="Arial"/>
          <w:color w:val="323232"/>
          <w:sz w:val="19"/>
        </w:rPr>
        <w:br/>
      </w:r>
      <w:proofErr w:type="spellStart"/>
      <w:r>
        <w:rPr>
          <w:rFonts w:ascii="Arial" w:hAnsi="Arial"/>
          <w:color w:val="323232"/>
          <w:sz w:val="19"/>
        </w:rPr>
        <w:t>Değerli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Mezunumuz</w:t>
      </w:r>
      <w:proofErr w:type="spellEnd"/>
      <w:r>
        <w:rPr>
          <w:rFonts w:ascii="Arial" w:hAnsi="Arial"/>
          <w:color w:val="323232"/>
          <w:sz w:val="19"/>
        </w:rPr>
        <w:t>,</w:t>
      </w:r>
    </w:p>
    <w:p w14:paraId="731C11C8" w14:textId="7B5C22C2" w:rsidR="0022727B" w:rsidRPr="002E7ECD" w:rsidRDefault="003040F4" w:rsidP="002E7ECD">
      <w:pPr>
        <w:spacing w:before="160"/>
        <w:jc w:val="both"/>
        <w:rPr>
          <w:rFonts w:ascii="Arial" w:hAnsi="Arial"/>
          <w:color w:val="323232"/>
          <w:sz w:val="19"/>
        </w:rPr>
      </w:pPr>
      <w:proofErr w:type="spellStart"/>
      <w:r>
        <w:rPr>
          <w:rFonts w:ascii="Arial" w:hAnsi="Arial"/>
          <w:color w:val="323232"/>
          <w:sz w:val="19"/>
        </w:rPr>
        <w:t>Muğla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Sıtkı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Koçman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Üniversitesi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Edebiyat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Fakültesi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olarak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mezunlarımızla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iletişimimizi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sürdürmek</w:t>
      </w:r>
      <w:proofErr w:type="spellEnd"/>
      <w:r>
        <w:rPr>
          <w:rFonts w:ascii="Arial" w:hAnsi="Arial"/>
          <w:color w:val="323232"/>
          <w:sz w:val="19"/>
        </w:rPr>
        <w:t xml:space="preserve">, </w:t>
      </w:r>
      <w:proofErr w:type="spellStart"/>
      <w:r>
        <w:rPr>
          <w:rFonts w:ascii="Arial" w:hAnsi="Arial"/>
          <w:color w:val="323232"/>
          <w:sz w:val="19"/>
        </w:rPr>
        <w:t>başarılarınızı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topluluğumuzla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paylaşmak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ve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Fakültemiz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r w:rsidR="00C94F63">
        <w:rPr>
          <w:rFonts w:ascii="Arial" w:hAnsi="Arial"/>
          <w:color w:val="323232"/>
          <w:sz w:val="19"/>
        </w:rPr>
        <w:t>internet</w:t>
      </w:r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sitesinde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yer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alan</w:t>
      </w:r>
      <w:proofErr w:type="spellEnd"/>
      <w:r>
        <w:rPr>
          <w:rFonts w:ascii="Arial" w:hAnsi="Arial"/>
          <w:color w:val="323232"/>
          <w:sz w:val="19"/>
        </w:rPr>
        <w:t xml:space="preserve"> "</w:t>
      </w:r>
      <w:proofErr w:type="spellStart"/>
      <w:r>
        <w:rPr>
          <w:rFonts w:ascii="Arial" w:hAnsi="Arial"/>
          <w:color w:val="323232"/>
          <w:sz w:val="19"/>
        </w:rPr>
        <w:t>Mezunlarımız</w:t>
      </w:r>
      <w:proofErr w:type="spellEnd"/>
      <w:r>
        <w:rPr>
          <w:rFonts w:ascii="Arial" w:hAnsi="Arial"/>
          <w:color w:val="323232"/>
          <w:sz w:val="19"/>
        </w:rPr>
        <w:t xml:space="preserve">" </w:t>
      </w:r>
      <w:proofErr w:type="spellStart"/>
      <w:r>
        <w:rPr>
          <w:rFonts w:ascii="Arial" w:hAnsi="Arial"/>
          <w:color w:val="323232"/>
          <w:sz w:val="19"/>
        </w:rPr>
        <w:t>sayfasında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profilinize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yer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verebilmek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amacıyla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bilgi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ve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onayınızı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talep</w:t>
      </w:r>
      <w:proofErr w:type="spellEnd"/>
      <w:r>
        <w:rPr>
          <w:rFonts w:ascii="Arial" w:hAnsi="Arial"/>
          <w:color w:val="323232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9"/>
        </w:rPr>
        <w:t>ediyoruz</w:t>
      </w:r>
      <w:proofErr w:type="spellEnd"/>
      <w:r>
        <w:rPr>
          <w:rFonts w:ascii="Arial" w:hAnsi="Arial"/>
          <w:color w:val="323232"/>
          <w:sz w:val="19"/>
        </w:rPr>
        <w:t>.</w:t>
      </w:r>
    </w:p>
    <w:p w14:paraId="16E31A3F" w14:textId="77777777" w:rsidR="0022727B" w:rsidRDefault="003040F4">
      <w:pPr>
        <w:keepNext/>
        <w:spacing w:before="240" w:after="80"/>
      </w:pPr>
      <w:r>
        <w:rPr>
          <w:rFonts w:ascii="Arial" w:hAnsi="Arial"/>
          <w:b/>
          <w:color w:val="0F2043"/>
          <w:sz w:val="21"/>
        </w:rPr>
        <w:t xml:space="preserve">1. </w:t>
      </w:r>
      <w:proofErr w:type="spellStart"/>
      <w:r>
        <w:rPr>
          <w:rFonts w:ascii="Arial" w:hAnsi="Arial"/>
          <w:b/>
          <w:color w:val="0F2043"/>
          <w:sz w:val="21"/>
        </w:rPr>
        <w:t>Kişisel</w:t>
      </w:r>
      <w:proofErr w:type="spellEnd"/>
      <w:r>
        <w:rPr>
          <w:rFonts w:ascii="Arial" w:hAnsi="Arial"/>
          <w:b/>
          <w:color w:val="0F2043"/>
          <w:sz w:val="21"/>
        </w:rPr>
        <w:t xml:space="preserve"> </w:t>
      </w:r>
      <w:proofErr w:type="spellStart"/>
      <w:r>
        <w:rPr>
          <w:rFonts w:ascii="Arial" w:hAnsi="Arial"/>
          <w:b/>
          <w:color w:val="0F2043"/>
          <w:sz w:val="21"/>
        </w:rPr>
        <w:t>ve</w:t>
      </w:r>
      <w:proofErr w:type="spellEnd"/>
      <w:r>
        <w:rPr>
          <w:rFonts w:ascii="Arial" w:hAnsi="Arial"/>
          <w:b/>
          <w:color w:val="0F2043"/>
          <w:sz w:val="21"/>
        </w:rPr>
        <w:t xml:space="preserve"> </w:t>
      </w:r>
      <w:proofErr w:type="spellStart"/>
      <w:r>
        <w:rPr>
          <w:rFonts w:ascii="Arial" w:hAnsi="Arial"/>
          <w:b/>
          <w:color w:val="0F2043"/>
          <w:sz w:val="21"/>
        </w:rPr>
        <w:t>Mezuniyet</w:t>
      </w:r>
      <w:proofErr w:type="spellEnd"/>
      <w:r>
        <w:rPr>
          <w:rFonts w:ascii="Arial" w:hAnsi="Arial"/>
          <w:b/>
          <w:color w:val="0F2043"/>
          <w:sz w:val="21"/>
        </w:rPr>
        <w:t xml:space="preserve"> </w:t>
      </w:r>
      <w:proofErr w:type="spellStart"/>
      <w:r>
        <w:rPr>
          <w:rFonts w:ascii="Arial" w:hAnsi="Arial"/>
          <w:b/>
          <w:color w:val="0F2043"/>
          <w:sz w:val="21"/>
        </w:rPr>
        <w:t>Bilgileri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6192"/>
      </w:tblGrid>
      <w:tr w:rsidR="0022727B" w14:paraId="43504978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CCCCCC"/>
              <w:bottom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72AEA4" w14:textId="77777777" w:rsidR="0022727B" w:rsidRDefault="003040F4">
            <w:pPr>
              <w:spacing w:before="40" w:after="40"/>
            </w:pP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Adı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Soyadı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>:</w:t>
            </w:r>
          </w:p>
        </w:tc>
        <w:tc>
          <w:tcPr>
            <w:tcW w:w="6192" w:type="dxa"/>
            <w:tcBorders>
              <w:top w:val="single" w:sz="4" w:space="0" w:color="CCCCCC"/>
              <w:bottom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A2958E" w14:textId="77777777" w:rsidR="0022727B" w:rsidRDefault="0022727B">
            <w:pPr>
              <w:spacing w:before="40" w:after="40"/>
            </w:pPr>
          </w:p>
        </w:tc>
      </w:tr>
      <w:tr w:rsidR="0022727B" w14:paraId="6C8022DD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CCCCCC"/>
              <w:bottom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1F551C" w14:textId="77777777" w:rsidR="0022727B" w:rsidRDefault="003040F4">
            <w:pPr>
              <w:spacing w:before="40" w:after="40"/>
            </w:pP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Mezuniyet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Yılı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>:</w:t>
            </w:r>
          </w:p>
        </w:tc>
        <w:tc>
          <w:tcPr>
            <w:tcW w:w="6192" w:type="dxa"/>
            <w:tcBorders>
              <w:top w:val="single" w:sz="4" w:space="0" w:color="CCCCCC"/>
              <w:bottom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110F2E" w14:textId="77777777" w:rsidR="0022727B" w:rsidRDefault="0022727B">
            <w:pPr>
              <w:spacing w:before="40" w:after="40"/>
            </w:pPr>
          </w:p>
        </w:tc>
      </w:tr>
      <w:tr w:rsidR="0022727B" w14:paraId="0833B35B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CCCCCC"/>
              <w:bottom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C6593F" w14:textId="77777777" w:rsidR="0022727B" w:rsidRDefault="003040F4">
            <w:pPr>
              <w:spacing w:before="40" w:after="40"/>
            </w:pP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Bölüm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 xml:space="preserve"> / Program:</w:t>
            </w:r>
          </w:p>
        </w:tc>
        <w:tc>
          <w:tcPr>
            <w:tcW w:w="6192" w:type="dxa"/>
            <w:tcBorders>
              <w:top w:val="single" w:sz="4" w:space="0" w:color="CCCCCC"/>
              <w:bottom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5A7B28" w14:textId="77777777" w:rsidR="0022727B" w:rsidRDefault="003040F4">
            <w:pPr>
              <w:spacing w:before="40" w:after="40"/>
            </w:pPr>
            <w:proofErr w:type="spellStart"/>
            <w:r>
              <w:rPr>
                <w:rFonts w:ascii="Arial" w:hAnsi="Arial"/>
                <w:color w:val="323232"/>
                <w:sz w:val="18"/>
              </w:rPr>
              <w:t>Edebiyat</w:t>
            </w:r>
            <w:proofErr w:type="spellEnd"/>
            <w:r>
              <w:rPr>
                <w:rFonts w:ascii="Arial" w:hAnsi="Arial"/>
                <w:color w:val="323232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8"/>
              </w:rPr>
              <w:t>Fakültesi</w:t>
            </w:r>
            <w:proofErr w:type="spellEnd"/>
            <w:r>
              <w:rPr>
                <w:rFonts w:ascii="Arial" w:hAnsi="Arial"/>
                <w:color w:val="323232"/>
                <w:sz w:val="18"/>
              </w:rPr>
              <w:t xml:space="preserve"> / ________________________</w:t>
            </w:r>
          </w:p>
        </w:tc>
      </w:tr>
    </w:tbl>
    <w:p w14:paraId="4AA38243" w14:textId="63715212" w:rsidR="0022727B" w:rsidRDefault="003040F4">
      <w:pPr>
        <w:keepNext/>
        <w:spacing w:before="240" w:after="80"/>
      </w:pPr>
      <w:r>
        <w:rPr>
          <w:rFonts w:ascii="Arial" w:hAnsi="Arial"/>
          <w:b/>
          <w:color w:val="0F2043"/>
          <w:sz w:val="21"/>
        </w:rPr>
        <w:t xml:space="preserve">2. </w:t>
      </w:r>
      <w:proofErr w:type="spellStart"/>
      <w:r>
        <w:rPr>
          <w:rFonts w:ascii="Arial" w:hAnsi="Arial"/>
          <w:b/>
          <w:color w:val="0F2043"/>
          <w:sz w:val="21"/>
        </w:rPr>
        <w:t>Mesleki</w:t>
      </w:r>
      <w:proofErr w:type="spellEnd"/>
      <w:r>
        <w:rPr>
          <w:rFonts w:ascii="Arial" w:hAnsi="Arial"/>
          <w:b/>
          <w:color w:val="0F2043"/>
          <w:sz w:val="21"/>
        </w:rPr>
        <w:t xml:space="preserve"> </w:t>
      </w:r>
      <w:proofErr w:type="spellStart"/>
      <w:r>
        <w:rPr>
          <w:rFonts w:ascii="Arial" w:hAnsi="Arial"/>
          <w:b/>
          <w:color w:val="0F2043"/>
          <w:sz w:val="21"/>
        </w:rPr>
        <w:t>ve</w:t>
      </w:r>
      <w:proofErr w:type="spellEnd"/>
      <w:r>
        <w:rPr>
          <w:rFonts w:ascii="Arial" w:hAnsi="Arial"/>
          <w:b/>
          <w:color w:val="0F2043"/>
          <w:sz w:val="21"/>
        </w:rPr>
        <w:t xml:space="preserve"> </w:t>
      </w:r>
      <w:proofErr w:type="spellStart"/>
      <w:r>
        <w:rPr>
          <w:rFonts w:ascii="Arial" w:hAnsi="Arial"/>
          <w:b/>
          <w:color w:val="0F2043"/>
          <w:sz w:val="21"/>
        </w:rPr>
        <w:t>Kariyer</w:t>
      </w:r>
      <w:proofErr w:type="spellEnd"/>
      <w:r>
        <w:rPr>
          <w:rFonts w:ascii="Arial" w:hAnsi="Arial"/>
          <w:b/>
          <w:color w:val="0F2043"/>
          <w:sz w:val="21"/>
        </w:rPr>
        <w:t xml:space="preserve"> </w:t>
      </w:r>
      <w:proofErr w:type="spellStart"/>
      <w:r>
        <w:rPr>
          <w:rFonts w:ascii="Arial" w:hAnsi="Arial"/>
          <w:b/>
          <w:color w:val="0F2043"/>
          <w:sz w:val="21"/>
        </w:rPr>
        <w:t>Bilgileri</w:t>
      </w:r>
      <w:proofErr w:type="spellEnd"/>
      <w:r>
        <w:rPr>
          <w:rFonts w:ascii="Arial" w:hAnsi="Arial"/>
          <w:b/>
          <w:color w:val="0F2043"/>
          <w:sz w:val="21"/>
        </w:rPr>
        <w:t xml:space="preserve"> (</w:t>
      </w:r>
      <w:r w:rsidR="002A12EA">
        <w:rPr>
          <w:rFonts w:ascii="Arial" w:hAnsi="Arial"/>
          <w:b/>
          <w:color w:val="0F2043"/>
          <w:sz w:val="21"/>
        </w:rPr>
        <w:t>İnternet</w:t>
      </w:r>
      <w:r>
        <w:rPr>
          <w:rFonts w:ascii="Arial" w:hAnsi="Arial"/>
          <w:b/>
          <w:color w:val="0F2043"/>
          <w:sz w:val="21"/>
        </w:rPr>
        <w:t xml:space="preserve"> </w:t>
      </w:r>
      <w:proofErr w:type="spellStart"/>
      <w:r>
        <w:rPr>
          <w:rFonts w:ascii="Arial" w:hAnsi="Arial"/>
          <w:b/>
          <w:color w:val="0F2043"/>
          <w:sz w:val="21"/>
        </w:rPr>
        <w:t>Sayfasında</w:t>
      </w:r>
      <w:proofErr w:type="spellEnd"/>
      <w:r>
        <w:rPr>
          <w:rFonts w:ascii="Arial" w:hAnsi="Arial"/>
          <w:b/>
          <w:color w:val="0F2043"/>
          <w:sz w:val="21"/>
        </w:rPr>
        <w:t xml:space="preserve"> </w:t>
      </w:r>
      <w:proofErr w:type="spellStart"/>
      <w:r>
        <w:rPr>
          <w:rFonts w:ascii="Arial" w:hAnsi="Arial"/>
          <w:b/>
          <w:color w:val="0F2043"/>
          <w:sz w:val="21"/>
        </w:rPr>
        <w:t>Yayınlanacaktır</w:t>
      </w:r>
      <w:proofErr w:type="spellEnd"/>
      <w:r>
        <w:rPr>
          <w:rFonts w:ascii="Arial" w:hAnsi="Arial"/>
          <w:b/>
          <w:color w:val="0F2043"/>
          <w:sz w:val="21"/>
        </w:rPr>
        <w:t>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6192"/>
      </w:tblGrid>
      <w:tr w:rsidR="0022727B" w14:paraId="668B9B84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CCCCCC"/>
              <w:bottom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C924C5" w14:textId="77777777" w:rsidR="0022727B" w:rsidRDefault="003040F4">
            <w:pPr>
              <w:spacing w:before="40" w:after="40"/>
            </w:pP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Çalıştığı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Kurum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Şirket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>:</w:t>
            </w:r>
          </w:p>
        </w:tc>
        <w:tc>
          <w:tcPr>
            <w:tcW w:w="6192" w:type="dxa"/>
            <w:tcBorders>
              <w:top w:val="single" w:sz="4" w:space="0" w:color="CCCCCC"/>
              <w:bottom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949101" w14:textId="77777777" w:rsidR="0022727B" w:rsidRDefault="0022727B">
            <w:pPr>
              <w:spacing w:before="40" w:after="40"/>
            </w:pPr>
          </w:p>
        </w:tc>
      </w:tr>
      <w:tr w:rsidR="0022727B" w14:paraId="1DBA4DC4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CCCCCC"/>
              <w:bottom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DA1416" w14:textId="5EB67513" w:rsidR="0022727B" w:rsidRDefault="00DE63FD">
            <w:pPr>
              <w:spacing w:before="40" w:after="40"/>
            </w:pP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Ünvan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Pozisyon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>:</w:t>
            </w:r>
          </w:p>
        </w:tc>
        <w:tc>
          <w:tcPr>
            <w:tcW w:w="6192" w:type="dxa"/>
            <w:tcBorders>
              <w:top w:val="single" w:sz="4" w:space="0" w:color="CCCCCC"/>
              <w:bottom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415082" w14:textId="77777777" w:rsidR="0022727B" w:rsidRDefault="0022727B">
            <w:pPr>
              <w:spacing w:before="40" w:after="40"/>
            </w:pPr>
          </w:p>
        </w:tc>
      </w:tr>
      <w:tr w:rsidR="0022727B" w14:paraId="21140DE0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CCCCCC"/>
              <w:bottom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461712" w14:textId="77777777" w:rsidR="0022727B" w:rsidRDefault="003040F4">
            <w:pPr>
              <w:spacing w:before="40" w:after="40"/>
            </w:pP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Sektör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Çalışma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Alanı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>:</w:t>
            </w:r>
          </w:p>
        </w:tc>
        <w:tc>
          <w:tcPr>
            <w:tcW w:w="6192" w:type="dxa"/>
            <w:tcBorders>
              <w:top w:val="single" w:sz="4" w:space="0" w:color="CCCCCC"/>
              <w:bottom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EFD03B" w14:textId="77777777" w:rsidR="0022727B" w:rsidRDefault="0022727B">
            <w:pPr>
              <w:spacing w:before="40" w:after="40"/>
            </w:pPr>
          </w:p>
        </w:tc>
      </w:tr>
    </w:tbl>
    <w:p w14:paraId="60DFA3B7" w14:textId="77777777" w:rsidR="0022727B" w:rsidRDefault="003040F4">
      <w:pPr>
        <w:keepNext/>
        <w:spacing w:before="240" w:after="80"/>
      </w:pPr>
      <w:r>
        <w:rPr>
          <w:rFonts w:ascii="Arial" w:hAnsi="Arial"/>
          <w:b/>
          <w:color w:val="0F2043"/>
          <w:sz w:val="21"/>
        </w:rPr>
        <w:t xml:space="preserve">3. </w:t>
      </w:r>
      <w:proofErr w:type="spellStart"/>
      <w:r>
        <w:rPr>
          <w:rFonts w:ascii="Arial" w:hAnsi="Arial"/>
          <w:b/>
          <w:color w:val="0F2043"/>
          <w:sz w:val="21"/>
        </w:rPr>
        <w:t>Profil</w:t>
      </w:r>
      <w:proofErr w:type="spellEnd"/>
      <w:r>
        <w:rPr>
          <w:rFonts w:ascii="Arial" w:hAnsi="Arial"/>
          <w:b/>
          <w:color w:val="0F2043"/>
          <w:sz w:val="21"/>
        </w:rPr>
        <w:t xml:space="preserve"> </w:t>
      </w:r>
      <w:proofErr w:type="spellStart"/>
      <w:r>
        <w:rPr>
          <w:rFonts w:ascii="Arial" w:hAnsi="Arial"/>
          <w:b/>
          <w:color w:val="0F2043"/>
          <w:sz w:val="21"/>
        </w:rPr>
        <w:t>Görseli</w:t>
      </w:r>
      <w:proofErr w:type="spellEnd"/>
      <w:r>
        <w:rPr>
          <w:rFonts w:ascii="Arial" w:hAnsi="Arial"/>
          <w:b/>
          <w:color w:val="0F2043"/>
          <w:sz w:val="21"/>
        </w:rPr>
        <w:t xml:space="preserve"> </w:t>
      </w:r>
      <w:proofErr w:type="spellStart"/>
      <w:r>
        <w:rPr>
          <w:rFonts w:ascii="Arial" w:hAnsi="Arial"/>
          <w:b/>
          <w:color w:val="0F2043"/>
          <w:sz w:val="21"/>
        </w:rPr>
        <w:t>ve</w:t>
      </w:r>
      <w:proofErr w:type="spellEnd"/>
      <w:r>
        <w:rPr>
          <w:rFonts w:ascii="Arial" w:hAnsi="Arial"/>
          <w:b/>
          <w:color w:val="0F2043"/>
          <w:sz w:val="21"/>
        </w:rPr>
        <w:t xml:space="preserve"> </w:t>
      </w:r>
      <w:proofErr w:type="spellStart"/>
      <w:r>
        <w:rPr>
          <w:rFonts w:ascii="Arial" w:hAnsi="Arial"/>
          <w:b/>
          <w:color w:val="0F2043"/>
          <w:sz w:val="21"/>
        </w:rPr>
        <w:t>Mezun</w:t>
      </w:r>
      <w:proofErr w:type="spellEnd"/>
      <w:r>
        <w:rPr>
          <w:rFonts w:ascii="Arial" w:hAnsi="Arial"/>
          <w:b/>
          <w:color w:val="0F2043"/>
          <w:sz w:val="21"/>
        </w:rPr>
        <w:t xml:space="preserve"> </w:t>
      </w:r>
      <w:proofErr w:type="spellStart"/>
      <w:r>
        <w:rPr>
          <w:rFonts w:ascii="Arial" w:hAnsi="Arial"/>
          <w:b/>
          <w:color w:val="0F2043"/>
          <w:sz w:val="21"/>
        </w:rPr>
        <w:t>Mesajı</w:t>
      </w:r>
      <w:proofErr w:type="spellEnd"/>
    </w:p>
    <w:p w14:paraId="7E9880FD" w14:textId="50C508FC" w:rsidR="0022727B" w:rsidRDefault="003040F4">
      <w:pPr>
        <w:spacing w:before="40" w:after="80"/>
      </w:pPr>
      <w:r>
        <w:rPr>
          <w:rFonts w:ascii="Arial" w:hAnsi="Arial"/>
          <w:color w:val="323232"/>
          <w:sz w:val="18"/>
        </w:rPr>
        <w:t xml:space="preserve">• </w:t>
      </w:r>
      <w:proofErr w:type="spellStart"/>
      <w:r>
        <w:rPr>
          <w:rFonts w:ascii="Arial" w:hAnsi="Arial"/>
          <w:color w:val="323232"/>
          <w:sz w:val="18"/>
        </w:rPr>
        <w:t>Profil</w:t>
      </w:r>
      <w:proofErr w:type="spellEnd"/>
      <w:r>
        <w:rPr>
          <w:rFonts w:ascii="Arial" w:hAnsi="Arial"/>
          <w:color w:val="323232"/>
          <w:sz w:val="18"/>
        </w:rPr>
        <w:t xml:space="preserve"> </w:t>
      </w:r>
      <w:proofErr w:type="spellStart"/>
      <w:r>
        <w:rPr>
          <w:rFonts w:ascii="Arial" w:hAnsi="Arial"/>
          <w:color w:val="323232"/>
          <w:sz w:val="18"/>
        </w:rPr>
        <w:t>Fotoğrafı</w:t>
      </w:r>
      <w:proofErr w:type="spellEnd"/>
      <w:r>
        <w:rPr>
          <w:rFonts w:ascii="Arial" w:hAnsi="Arial"/>
          <w:color w:val="323232"/>
          <w:sz w:val="18"/>
        </w:rPr>
        <w:t xml:space="preserve">: </w:t>
      </w:r>
      <w:r w:rsidR="00220496">
        <w:rPr>
          <w:rFonts w:ascii="Arial" w:hAnsi="Arial"/>
          <w:color w:val="323232"/>
          <w:sz w:val="18"/>
        </w:rPr>
        <w:t>İnternet</w:t>
      </w:r>
      <w:r>
        <w:rPr>
          <w:rFonts w:ascii="Arial" w:hAnsi="Arial"/>
          <w:color w:val="323232"/>
          <w:sz w:val="18"/>
        </w:rPr>
        <w:t xml:space="preserve"> </w:t>
      </w:r>
      <w:proofErr w:type="spellStart"/>
      <w:r>
        <w:rPr>
          <w:rFonts w:ascii="Arial" w:hAnsi="Arial"/>
          <w:color w:val="323232"/>
          <w:sz w:val="18"/>
        </w:rPr>
        <w:t>sayfasında</w:t>
      </w:r>
      <w:proofErr w:type="spellEnd"/>
      <w:r>
        <w:rPr>
          <w:rFonts w:ascii="Arial" w:hAnsi="Arial"/>
          <w:color w:val="323232"/>
          <w:sz w:val="18"/>
        </w:rPr>
        <w:t xml:space="preserve"> </w:t>
      </w:r>
      <w:proofErr w:type="spellStart"/>
      <w:r>
        <w:rPr>
          <w:rFonts w:ascii="Arial" w:hAnsi="Arial"/>
          <w:color w:val="323232"/>
          <w:sz w:val="18"/>
        </w:rPr>
        <w:t>yayınlanmak</w:t>
      </w:r>
      <w:proofErr w:type="spellEnd"/>
      <w:r>
        <w:rPr>
          <w:rFonts w:ascii="Arial" w:hAnsi="Arial"/>
          <w:color w:val="323232"/>
          <w:sz w:val="18"/>
        </w:rPr>
        <w:t xml:space="preserve"> </w:t>
      </w:r>
      <w:proofErr w:type="spellStart"/>
      <w:r>
        <w:rPr>
          <w:rFonts w:ascii="Arial" w:hAnsi="Arial"/>
          <w:color w:val="323232"/>
          <w:sz w:val="18"/>
        </w:rPr>
        <w:t>üzere</w:t>
      </w:r>
      <w:proofErr w:type="spellEnd"/>
      <w:r>
        <w:rPr>
          <w:rFonts w:ascii="Arial" w:hAnsi="Arial"/>
          <w:color w:val="323232"/>
          <w:sz w:val="18"/>
        </w:rPr>
        <w:t xml:space="preserve"> </w:t>
      </w:r>
      <w:proofErr w:type="spellStart"/>
      <w:r>
        <w:rPr>
          <w:rFonts w:ascii="Arial" w:hAnsi="Arial"/>
          <w:color w:val="323232"/>
          <w:sz w:val="18"/>
        </w:rPr>
        <w:t>yüksek</w:t>
      </w:r>
      <w:proofErr w:type="spellEnd"/>
      <w:r>
        <w:rPr>
          <w:rFonts w:ascii="Arial" w:hAnsi="Arial"/>
          <w:color w:val="323232"/>
          <w:sz w:val="18"/>
        </w:rPr>
        <w:t xml:space="preserve"> </w:t>
      </w:r>
      <w:proofErr w:type="spellStart"/>
      <w:r>
        <w:rPr>
          <w:rFonts w:ascii="Arial" w:hAnsi="Arial"/>
          <w:color w:val="323232"/>
          <w:sz w:val="18"/>
        </w:rPr>
        <w:t>çözünürlüklü</w:t>
      </w:r>
      <w:proofErr w:type="spellEnd"/>
      <w:r>
        <w:rPr>
          <w:rFonts w:ascii="Arial" w:hAnsi="Arial"/>
          <w:color w:val="323232"/>
          <w:sz w:val="18"/>
        </w:rPr>
        <w:t xml:space="preserve"> </w:t>
      </w:r>
      <w:proofErr w:type="spellStart"/>
      <w:r>
        <w:rPr>
          <w:rFonts w:ascii="Arial" w:hAnsi="Arial"/>
          <w:color w:val="323232"/>
          <w:sz w:val="18"/>
        </w:rPr>
        <w:t>fotoğrafınızı</w:t>
      </w:r>
      <w:proofErr w:type="spellEnd"/>
      <w:r>
        <w:rPr>
          <w:rFonts w:ascii="Arial" w:hAnsi="Arial"/>
          <w:color w:val="323232"/>
          <w:sz w:val="18"/>
        </w:rPr>
        <w:t xml:space="preserve"> </w:t>
      </w:r>
      <w:proofErr w:type="spellStart"/>
      <w:r>
        <w:rPr>
          <w:rFonts w:ascii="Arial" w:hAnsi="Arial"/>
          <w:color w:val="323232"/>
          <w:sz w:val="18"/>
        </w:rPr>
        <w:t>formu</w:t>
      </w:r>
      <w:proofErr w:type="spellEnd"/>
      <w:r>
        <w:rPr>
          <w:rFonts w:ascii="Arial" w:hAnsi="Arial"/>
          <w:color w:val="323232"/>
          <w:sz w:val="18"/>
        </w:rPr>
        <w:t xml:space="preserve"> </w:t>
      </w:r>
      <w:proofErr w:type="spellStart"/>
      <w:r>
        <w:rPr>
          <w:rFonts w:ascii="Arial" w:hAnsi="Arial"/>
          <w:color w:val="323232"/>
          <w:sz w:val="18"/>
        </w:rPr>
        <w:t>teslim</w:t>
      </w:r>
      <w:proofErr w:type="spellEnd"/>
      <w:r>
        <w:rPr>
          <w:rFonts w:ascii="Arial" w:hAnsi="Arial"/>
          <w:color w:val="323232"/>
          <w:sz w:val="18"/>
        </w:rPr>
        <w:t xml:space="preserve"> </w:t>
      </w:r>
      <w:proofErr w:type="spellStart"/>
      <w:r>
        <w:rPr>
          <w:rFonts w:ascii="Arial" w:hAnsi="Arial"/>
          <w:color w:val="323232"/>
          <w:sz w:val="18"/>
        </w:rPr>
        <w:t>ederken</w:t>
      </w:r>
      <w:proofErr w:type="spellEnd"/>
      <w:r>
        <w:rPr>
          <w:rFonts w:ascii="Arial" w:hAnsi="Arial"/>
          <w:color w:val="323232"/>
          <w:sz w:val="18"/>
        </w:rPr>
        <w:t xml:space="preserve"> </w:t>
      </w:r>
      <w:proofErr w:type="spellStart"/>
      <w:r>
        <w:rPr>
          <w:rFonts w:ascii="Arial" w:hAnsi="Arial"/>
          <w:color w:val="323232"/>
          <w:sz w:val="18"/>
        </w:rPr>
        <w:t>ekleyiniz</w:t>
      </w:r>
      <w:proofErr w:type="spellEnd"/>
      <w:r>
        <w:rPr>
          <w:rFonts w:ascii="Arial" w:hAnsi="Arial"/>
          <w:color w:val="323232"/>
          <w:sz w:val="18"/>
        </w:rPr>
        <w:t>.</w:t>
      </w:r>
      <w:r>
        <w:rPr>
          <w:rFonts w:ascii="Arial" w:hAnsi="Arial"/>
          <w:color w:val="323232"/>
          <w:sz w:val="18"/>
        </w:rPr>
        <w:br/>
        <w:t xml:space="preserve">• </w:t>
      </w:r>
      <w:proofErr w:type="spellStart"/>
      <w:r>
        <w:rPr>
          <w:rFonts w:ascii="Arial" w:hAnsi="Arial"/>
          <w:color w:val="323232"/>
          <w:sz w:val="18"/>
        </w:rPr>
        <w:t>Mezun</w:t>
      </w:r>
      <w:proofErr w:type="spellEnd"/>
      <w:r>
        <w:rPr>
          <w:rFonts w:ascii="Arial" w:hAnsi="Arial"/>
          <w:color w:val="323232"/>
          <w:sz w:val="18"/>
        </w:rPr>
        <w:t xml:space="preserve"> </w:t>
      </w:r>
      <w:proofErr w:type="spellStart"/>
      <w:r>
        <w:rPr>
          <w:rFonts w:ascii="Arial" w:hAnsi="Arial"/>
          <w:color w:val="323232"/>
          <w:sz w:val="18"/>
        </w:rPr>
        <w:t>Mesajı</w:t>
      </w:r>
      <w:proofErr w:type="spellEnd"/>
      <w:r>
        <w:rPr>
          <w:rFonts w:ascii="Arial" w:hAnsi="Arial"/>
          <w:color w:val="323232"/>
          <w:sz w:val="18"/>
        </w:rPr>
        <w:t xml:space="preserve"> / </w:t>
      </w:r>
      <w:proofErr w:type="spellStart"/>
      <w:r>
        <w:rPr>
          <w:rFonts w:ascii="Arial" w:hAnsi="Arial"/>
          <w:color w:val="323232"/>
          <w:sz w:val="18"/>
        </w:rPr>
        <w:t>Kısa</w:t>
      </w:r>
      <w:proofErr w:type="spellEnd"/>
      <w:r>
        <w:rPr>
          <w:rFonts w:ascii="Arial" w:hAnsi="Arial"/>
          <w:color w:val="323232"/>
          <w:sz w:val="18"/>
        </w:rPr>
        <w:t xml:space="preserve"> </w:t>
      </w:r>
      <w:proofErr w:type="spellStart"/>
      <w:r>
        <w:rPr>
          <w:rFonts w:ascii="Arial" w:hAnsi="Arial"/>
          <w:color w:val="323232"/>
          <w:sz w:val="18"/>
        </w:rPr>
        <w:t>Biyografi</w:t>
      </w:r>
      <w:proofErr w:type="spellEnd"/>
      <w:r>
        <w:rPr>
          <w:rFonts w:ascii="Arial" w:hAnsi="Arial"/>
          <w:color w:val="323232"/>
          <w:sz w:val="18"/>
        </w:rPr>
        <w:t xml:space="preserve"> (50-100 </w:t>
      </w:r>
      <w:proofErr w:type="spellStart"/>
      <w:r>
        <w:rPr>
          <w:rFonts w:ascii="Arial" w:hAnsi="Arial"/>
          <w:color w:val="323232"/>
          <w:sz w:val="18"/>
        </w:rPr>
        <w:t>kelime</w:t>
      </w:r>
      <w:proofErr w:type="spellEnd"/>
      <w:r>
        <w:rPr>
          <w:rFonts w:ascii="Arial" w:hAnsi="Arial"/>
          <w:color w:val="323232"/>
          <w:sz w:val="18"/>
        </w:rPr>
        <w:t>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92"/>
      </w:tblGrid>
      <w:tr w:rsidR="0022727B" w14:paraId="05BCC0FA" w14:textId="77777777">
        <w:tc>
          <w:tcPr>
            <w:tcW w:w="97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4F8"/>
          </w:tcPr>
          <w:p w14:paraId="3B995E20" w14:textId="77777777" w:rsidR="0022727B" w:rsidRDefault="003040F4">
            <w:pPr>
              <w:spacing w:before="80" w:after="800"/>
            </w:pPr>
            <w:r>
              <w:rPr>
                <w:rFonts w:ascii="Arial" w:hAnsi="Arial"/>
                <w:i/>
                <w:color w:val="8C8C8C"/>
                <w:sz w:val="17"/>
              </w:rPr>
              <w:t>(</w:t>
            </w:r>
            <w:proofErr w:type="spellStart"/>
            <w:r>
              <w:rPr>
                <w:rFonts w:ascii="Arial" w:hAnsi="Arial"/>
                <w:i/>
                <w:color w:val="8C8C8C"/>
                <w:sz w:val="17"/>
              </w:rPr>
              <w:t>Öğrencilere</w:t>
            </w:r>
            <w:proofErr w:type="spellEnd"/>
            <w:r>
              <w:rPr>
                <w:rFonts w:ascii="Arial" w:hAnsi="Arial"/>
                <w:i/>
                <w:color w:val="8C8C8C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8C8C8C"/>
                <w:sz w:val="17"/>
              </w:rPr>
              <w:t>tavsiyeleriniz</w:t>
            </w:r>
            <w:proofErr w:type="spellEnd"/>
            <w:r>
              <w:rPr>
                <w:rFonts w:ascii="Arial" w:hAnsi="Arial"/>
                <w:i/>
                <w:color w:val="8C8C8C"/>
                <w:sz w:val="17"/>
              </w:rPr>
              <w:t xml:space="preserve">, </w:t>
            </w:r>
            <w:proofErr w:type="spellStart"/>
            <w:r>
              <w:rPr>
                <w:rFonts w:ascii="Arial" w:hAnsi="Arial"/>
                <w:i/>
                <w:color w:val="8C8C8C"/>
                <w:sz w:val="17"/>
              </w:rPr>
              <w:t>fakülte</w:t>
            </w:r>
            <w:proofErr w:type="spellEnd"/>
            <w:r>
              <w:rPr>
                <w:rFonts w:ascii="Arial" w:hAnsi="Arial"/>
                <w:i/>
                <w:color w:val="8C8C8C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8C8C8C"/>
                <w:sz w:val="17"/>
              </w:rPr>
              <w:t>anılarınız</w:t>
            </w:r>
            <w:proofErr w:type="spellEnd"/>
            <w:r>
              <w:rPr>
                <w:rFonts w:ascii="Arial" w:hAnsi="Arial"/>
                <w:i/>
                <w:color w:val="8C8C8C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8C8C8C"/>
                <w:sz w:val="17"/>
              </w:rPr>
              <w:t>veya</w:t>
            </w:r>
            <w:proofErr w:type="spellEnd"/>
            <w:r>
              <w:rPr>
                <w:rFonts w:ascii="Arial" w:hAnsi="Arial"/>
                <w:i/>
                <w:color w:val="8C8C8C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8C8C8C"/>
                <w:sz w:val="17"/>
              </w:rPr>
              <w:t>kariyer</w:t>
            </w:r>
            <w:proofErr w:type="spellEnd"/>
            <w:r>
              <w:rPr>
                <w:rFonts w:ascii="Arial" w:hAnsi="Arial"/>
                <w:i/>
                <w:color w:val="8C8C8C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8C8C8C"/>
                <w:sz w:val="17"/>
              </w:rPr>
              <w:t>yolculuğunuz</w:t>
            </w:r>
            <w:proofErr w:type="spellEnd"/>
            <w:r>
              <w:rPr>
                <w:rFonts w:ascii="Arial" w:hAnsi="Arial"/>
                <w:i/>
                <w:color w:val="8C8C8C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8C8C8C"/>
                <w:sz w:val="17"/>
              </w:rPr>
              <w:t>hakkında</w:t>
            </w:r>
            <w:proofErr w:type="spellEnd"/>
            <w:r>
              <w:rPr>
                <w:rFonts w:ascii="Arial" w:hAnsi="Arial"/>
                <w:i/>
                <w:color w:val="8C8C8C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8C8C8C"/>
                <w:sz w:val="17"/>
              </w:rPr>
              <w:t>kısa</w:t>
            </w:r>
            <w:proofErr w:type="spellEnd"/>
            <w:r>
              <w:rPr>
                <w:rFonts w:ascii="Arial" w:hAnsi="Arial"/>
                <w:i/>
                <w:color w:val="8C8C8C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8C8C8C"/>
                <w:sz w:val="17"/>
              </w:rPr>
              <w:t>bir</w:t>
            </w:r>
            <w:proofErr w:type="spellEnd"/>
            <w:r>
              <w:rPr>
                <w:rFonts w:ascii="Arial" w:hAnsi="Arial"/>
                <w:i/>
                <w:color w:val="8C8C8C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8C8C8C"/>
                <w:sz w:val="17"/>
              </w:rPr>
              <w:t>mesaj</w:t>
            </w:r>
            <w:proofErr w:type="spellEnd"/>
            <w:r>
              <w:rPr>
                <w:rFonts w:ascii="Arial" w:hAnsi="Arial"/>
                <w:i/>
                <w:color w:val="8C8C8C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8C8C8C"/>
                <w:sz w:val="17"/>
              </w:rPr>
              <w:t>yazabilirsiniz</w:t>
            </w:r>
            <w:proofErr w:type="spellEnd"/>
            <w:r>
              <w:rPr>
                <w:rFonts w:ascii="Arial" w:hAnsi="Arial"/>
                <w:i/>
                <w:color w:val="8C8C8C"/>
                <w:sz w:val="17"/>
              </w:rPr>
              <w:t>.)</w:t>
            </w:r>
          </w:p>
        </w:tc>
      </w:tr>
    </w:tbl>
    <w:p w14:paraId="3543F802" w14:textId="77777777" w:rsidR="0022727B" w:rsidRDefault="003040F4">
      <w:pPr>
        <w:keepNext/>
        <w:spacing w:before="240" w:after="80"/>
      </w:pPr>
      <w:r>
        <w:rPr>
          <w:rFonts w:ascii="Arial" w:hAnsi="Arial"/>
          <w:b/>
          <w:color w:val="0F2043"/>
          <w:sz w:val="21"/>
        </w:rPr>
        <w:t xml:space="preserve">4. </w:t>
      </w:r>
      <w:proofErr w:type="spellStart"/>
      <w:r>
        <w:rPr>
          <w:rFonts w:ascii="Arial" w:hAnsi="Arial"/>
          <w:b/>
          <w:color w:val="0F2043"/>
          <w:sz w:val="21"/>
        </w:rPr>
        <w:t>İletişim</w:t>
      </w:r>
      <w:proofErr w:type="spellEnd"/>
      <w:r>
        <w:rPr>
          <w:rFonts w:ascii="Arial" w:hAnsi="Arial"/>
          <w:b/>
          <w:color w:val="0F2043"/>
          <w:sz w:val="21"/>
        </w:rPr>
        <w:t xml:space="preserve"> </w:t>
      </w:r>
      <w:proofErr w:type="spellStart"/>
      <w:r>
        <w:rPr>
          <w:rFonts w:ascii="Arial" w:hAnsi="Arial"/>
          <w:b/>
          <w:color w:val="0F2043"/>
          <w:sz w:val="21"/>
        </w:rPr>
        <w:t>Bilgileri</w:t>
      </w:r>
      <w:proofErr w:type="spellEnd"/>
      <w:r>
        <w:rPr>
          <w:rFonts w:ascii="Arial" w:hAnsi="Arial"/>
          <w:b/>
          <w:color w:val="0F2043"/>
          <w:sz w:val="21"/>
        </w:rPr>
        <w:t xml:space="preserve"> (</w:t>
      </w:r>
      <w:proofErr w:type="spellStart"/>
      <w:r>
        <w:rPr>
          <w:rFonts w:ascii="Arial" w:hAnsi="Arial"/>
          <w:b/>
          <w:color w:val="0F2043"/>
          <w:sz w:val="21"/>
        </w:rPr>
        <w:t>Yalnızca</w:t>
      </w:r>
      <w:proofErr w:type="spellEnd"/>
      <w:r>
        <w:rPr>
          <w:rFonts w:ascii="Arial" w:hAnsi="Arial"/>
          <w:b/>
          <w:color w:val="0F2043"/>
          <w:sz w:val="21"/>
        </w:rPr>
        <w:t xml:space="preserve"> </w:t>
      </w:r>
      <w:proofErr w:type="spellStart"/>
      <w:r>
        <w:rPr>
          <w:rFonts w:ascii="Arial" w:hAnsi="Arial"/>
          <w:b/>
          <w:color w:val="0F2043"/>
          <w:sz w:val="21"/>
        </w:rPr>
        <w:t>Kurum</w:t>
      </w:r>
      <w:proofErr w:type="spellEnd"/>
      <w:r>
        <w:rPr>
          <w:rFonts w:ascii="Arial" w:hAnsi="Arial"/>
          <w:b/>
          <w:color w:val="0F2043"/>
          <w:sz w:val="21"/>
        </w:rPr>
        <w:t xml:space="preserve"> </w:t>
      </w:r>
      <w:proofErr w:type="spellStart"/>
      <w:r>
        <w:rPr>
          <w:rFonts w:ascii="Arial" w:hAnsi="Arial"/>
          <w:b/>
          <w:color w:val="0F2043"/>
          <w:sz w:val="21"/>
        </w:rPr>
        <w:t>İçi</w:t>
      </w:r>
      <w:proofErr w:type="spellEnd"/>
      <w:r>
        <w:rPr>
          <w:rFonts w:ascii="Arial" w:hAnsi="Arial"/>
          <w:b/>
          <w:color w:val="0F2043"/>
          <w:sz w:val="21"/>
        </w:rPr>
        <w:t xml:space="preserve"> </w:t>
      </w:r>
      <w:proofErr w:type="spellStart"/>
      <w:r>
        <w:rPr>
          <w:rFonts w:ascii="Arial" w:hAnsi="Arial"/>
          <w:b/>
          <w:color w:val="0F2043"/>
          <w:sz w:val="21"/>
        </w:rPr>
        <w:t>İletişim</w:t>
      </w:r>
      <w:proofErr w:type="spellEnd"/>
      <w:r>
        <w:rPr>
          <w:rFonts w:ascii="Arial" w:hAnsi="Arial"/>
          <w:b/>
          <w:color w:val="0F2043"/>
          <w:sz w:val="21"/>
        </w:rPr>
        <w:t xml:space="preserve"> </w:t>
      </w:r>
      <w:proofErr w:type="spellStart"/>
      <w:r>
        <w:rPr>
          <w:rFonts w:ascii="Arial" w:hAnsi="Arial"/>
          <w:b/>
          <w:color w:val="0F2043"/>
          <w:sz w:val="21"/>
        </w:rPr>
        <w:t>İçindir</w:t>
      </w:r>
      <w:proofErr w:type="spellEnd"/>
      <w:r>
        <w:rPr>
          <w:rFonts w:ascii="Arial" w:hAnsi="Arial"/>
          <w:b/>
          <w:color w:val="0F2043"/>
          <w:sz w:val="21"/>
        </w:rPr>
        <w:t xml:space="preserve"> - </w:t>
      </w:r>
      <w:proofErr w:type="spellStart"/>
      <w:r>
        <w:rPr>
          <w:rFonts w:ascii="Arial" w:hAnsi="Arial"/>
          <w:b/>
          <w:color w:val="0F2043"/>
          <w:sz w:val="21"/>
        </w:rPr>
        <w:t>Yayınlanmaz</w:t>
      </w:r>
      <w:proofErr w:type="spellEnd"/>
      <w:r>
        <w:rPr>
          <w:rFonts w:ascii="Arial" w:hAnsi="Arial"/>
          <w:b/>
          <w:color w:val="0F2043"/>
          <w:sz w:val="21"/>
        </w:rPr>
        <w:t>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6192"/>
      </w:tblGrid>
      <w:tr w:rsidR="0022727B" w14:paraId="77BD8430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CCCCCC"/>
              <w:bottom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8E3F9E" w14:textId="77777777" w:rsidR="0022727B" w:rsidRDefault="003040F4">
            <w:pPr>
              <w:spacing w:before="40" w:after="40"/>
            </w:pPr>
            <w:r>
              <w:rPr>
                <w:rFonts w:ascii="Arial" w:hAnsi="Arial"/>
                <w:b/>
                <w:color w:val="323232"/>
                <w:sz w:val="18"/>
              </w:rPr>
              <w:t>E-</w:t>
            </w: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posta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Adresi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>:</w:t>
            </w:r>
          </w:p>
        </w:tc>
        <w:tc>
          <w:tcPr>
            <w:tcW w:w="6192" w:type="dxa"/>
            <w:tcBorders>
              <w:top w:val="single" w:sz="4" w:space="0" w:color="CCCCCC"/>
              <w:bottom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2B5089" w14:textId="77777777" w:rsidR="0022727B" w:rsidRDefault="0022727B">
            <w:pPr>
              <w:spacing w:before="40" w:after="40"/>
            </w:pPr>
          </w:p>
        </w:tc>
      </w:tr>
      <w:tr w:rsidR="0022727B" w14:paraId="416D4FB2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CCCCCC"/>
              <w:bottom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851F59" w14:textId="77777777" w:rsidR="0022727B" w:rsidRDefault="003040F4">
            <w:pPr>
              <w:spacing w:before="40" w:after="40"/>
            </w:pP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Telefon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Numarası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>:</w:t>
            </w:r>
          </w:p>
        </w:tc>
        <w:tc>
          <w:tcPr>
            <w:tcW w:w="6192" w:type="dxa"/>
            <w:tcBorders>
              <w:top w:val="single" w:sz="4" w:space="0" w:color="CCCCCC"/>
              <w:bottom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06130" w14:textId="77777777" w:rsidR="0022727B" w:rsidRDefault="0022727B">
            <w:pPr>
              <w:spacing w:before="40" w:after="40"/>
            </w:pPr>
          </w:p>
        </w:tc>
      </w:tr>
      <w:tr w:rsidR="0022727B" w14:paraId="2ACF2110" w14:textId="77777777">
        <w:trPr>
          <w:cantSplit/>
          <w:jc w:val="center"/>
        </w:trPr>
        <w:tc>
          <w:tcPr>
            <w:tcW w:w="3600" w:type="dxa"/>
            <w:tcBorders>
              <w:top w:val="single" w:sz="4" w:space="0" w:color="CCCCCC"/>
              <w:bottom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9730AA" w14:textId="77777777" w:rsidR="0022727B" w:rsidRDefault="003040F4">
            <w:pPr>
              <w:spacing w:before="40" w:after="40"/>
            </w:pP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Yaşadığı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Şehir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Ülke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>:</w:t>
            </w:r>
          </w:p>
        </w:tc>
        <w:tc>
          <w:tcPr>
            <w:tcW w:w="6192" w:type="dxa"/>
            <w:tcBorders>
              <w:top w:val="single" w:sz="4" w:space="0" w:color="CCCCCC"/>
              <w:bottom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32AACB" w14:textId="77777777" w:rsidR="0022727B" w:rsidRDefault="0022727B">
            <w:pPr>
              <w:spacing w:before="40" w:after="40"/>
            </w:pPr>
          </w:p>
        </w:tc>
      </w:tr>
    </w:tbl>
    <w:p w14:paraId="67342B31" w14:textId="77777777" w:rsidR="0022727B" w:rsidRDefault="003040F4">
      <w:pPr>
        <w:keepNext/>
        <w:spacing w:before="240" w:after="80"/>
      </w:pPr>
      <w:r>
        <w:rPr>
          <w:rFonts w:ascii="Arial" w:hAnsi="Arial"/>
          <w:b/>
          <w:color w:val="0F2043"/>
          <w:sz w:val="21"/>
        </w:rPr>
        <w:t xml:space="preserve">5. KVKK </w:t>
      </w:r>
      <w:proofErr w:type="spellStart"/>
      <w:r>
        <w:rPr>
          <w:rFonts w:ascii="Arial" w:hAnsi="Arial"/>
          <w:b/>
          <w:color w:val="0F2043"/>
          <w:sz w:val="21"/>
        </w:rPr>
        <w:t>Aydınlatma</w:t>
      </w:r>
      <w:proofErr w:type="spellEnd"/>
      <w:r>
        <w:rPr>
          <w:rFonts w:ascii="Arial" w:hAnsi="Arial"/>
          <w:b/>
          <w:color w:val="0F2043"/>
          <w:sz w:val="21"/>
        </w:rPr>
        <w:t xml:space="preserve"> </w:t>
      </w:r>
      <w:proofErr w:type="spellStart"/>
      <w:r>
        <w:rPr>
          <w:rFonts w:ascii="Arial" w:hAnsi="Arial"/>
          <w:b/>
          <w:color w:val="0F2043"/>
          <w:sz w:val="21"/>
        </w:rPr>
        <w:t>Metni</w:t>
      </w:r>
      <w:proofErr w:type="spellEnd"/>
      <w:r>
        <w:rPr>
          <w:rFonts w:ascii="Arial" w:hAnsi="Arial"/>
          <w:b/>
          <w:color w:val="0F2043"/>
          <w:sz w:val="21"/>
        </w:rPr>
        <w:t xml:space="preserve"> </w:t>
      </w:r>
      <w:proofErr w:type="spellStart"/>
      <w:r>
        <w:rPr>
          <w:rFonts w:ascii="Arial" w:hAnsi="Arial"/>
          <w:b/>
          <w:color w:val="0F2043"/>
          <w:sz w:val="21"/>
        </w:rPr>
        <w:t>ve</w:t>
      </w:r>
      <w:proofErr w:type="spellEnd"/>
      <w:r>
        <w:rPr>
          <w:rFonts w:ascii="Arial" w:hAnsi="Arial"/>
          <w:b/>
          <w:color w:val="0F2043"/>
          <w:sz w:val="21"/>
        </w:rPr>
        <w:t xml:space="preserve"> </w:t>
      </w:r>
      <w:proofErr w:type="spellStart"/>
      <w:r>
        <w:rPr>
          <w:rFonts w:ascii="Arial" w:hAnsi="Arial"/>
          <w:b/>
          <w:color w:val="0F2043"/>
          <w:sz w:val="21"/>
        </w:rPr>
        <w:t>Açık</w:t>
      </w:r>
      <w:proofErr w:type="spellEnd"/>
      <w:r>
        <w:rPr>
          <w:rFonts w:ascii="Arial" w:hAnsi="Arial"/>
          <w:b/>
          <w:color w:val="0F2043"/>
          <w:sz w:val="21"/>
        </w:rPr>
        <w:t xml:space="preserve"> </w:t>
      </w:r>
      <w:proofErr w:type="spellStart"/>
      <w:r>
        <w:rPr>
          <w:rFonts w:ascii="Arial" w:hAnsi="Arial"/>
          <w:b/>
          <w:color w:val="0F2043"/>
          <w:sz w:val="21"/>
        </w:rPr>
        <w:t>Rıza</w:t>
      </w:r>
      <w:proofErr w:type="spellEnd"/>
      <w:r>
        <w:rPr>
          <w:rFonts w:ascii="Arial" w:hAnsi="Arial"/>
          <w:b/>
          <w:color w:val="0F2043"/>
          <w:sz w:val="21"/>
        </w:rPr>
        <w:t xml:space="preserve"> </w:t>
      </w:r>
      <w:proofErr w:type="spellStart"/>
      <w:r>
        <w:rPr>
          <w:rFonts w:ascii="Arial" w:hAnsi="Arial"/>
          <w:b/>
          <w:color w:val="0F2043"/>
          <w:sz w:val="21"/>
        </w:rPr>
        <w:t>Beyanı</w:t>
      </w:r>
      <w:proofErr w:type="spellEnd"/>
    </w:p>
    <w:p w14:paraId="5769E279" w14:textId="2221DFCE" w:rsidR="0022727B" w:rsidRDefault="003040F4" w:rsidP="002E7ECD">
      <w:pPr>
        <w:spacing w:before="40" w:after="120"/>
        <w:jc w:val="both"/>
      </w:pPr>
      <w:proofErr w:type="spellStart"/>
      <w:r>
        <w:rPr>
          <w:rFonts w:ascii="Arial" w:hAnsi="Arial"/>
          <w:b/>
          <w:color w:val="323232"/>
          <w:sz w:val="17"/>
        </w:rPr>
        <w:t>Aydınlatma</w:t>
      </w:r>
      <w:proofErr w:type="spellEnd"/>
      <w:r>
        <w:rPr>
          <w:rFonts w:ascii="Arial" w:hAnsi="Arial"/>
          <w:b/>
          <w:color w:val="323232"/>
          <w:sz w:val="17"/>
        </w:rPr>
        <w:t xml:space="preserve"> </w:t>
      </w:r>
      <w:proofErr w:type="spellStart"/>
      <w:r>
        <w:rPr>
          <w:rFonts w:ascii="Arial" w:hAnsi="Arial"/>
          <w:b/>
          <w:color w:val="323232"/>
          <w:sz w:val="17"/>
        </w:rPr>
        <w:t>Metni</w:t>
      </w:r>
      <w:proofErr w:type="spellEnd"/>
      <w:r>
        <w:rPr>
          <w:rFonts w:ascii="Arial" w:hAnsi="Arial"/>
          <w:b/>
          <w:color w:val="323232"/>
          <w:sz w:val="17"/>
        </w:rPr>
        <w:t xml:space="preserve"> </w:t>
      </w:r>
      <w:proofErr w:type="spellStart"/>
      <w:r>
        <w:rPr>
          <w:rFonts w:ascii="Arial" w:hAnsi="Arial"/>
          <w:b/>
          <w:color w:val="323232"/>
          <w:sz w:val="17"/>
        </w:rPr>
        <w:t>Özeti</w:t>
      </w:r>
      <w:proofErr w:type="spellEnd"/>
      <w:r>
        <w:rPr>
          <w:rFonts w:ascii="Arial" w:hAnsi="Arial"/>
          <w:b/>
          <w:color w:val="323232"/>
          <w:sz w:val="17"/>
        </w:rPr>
        <w:t xml:space="preserve">: </w:t>
      </w:r>
      <w:r>
        <w:rPr>
          <w:rFonts w:ascii="Arial" w:hAnsi="Arial"/>
          <w:color w:val="323232"/>
          <w:sz w:val="17"/>
        </w:rPr>
        <w:t xml:space="preserve">6698 </w:t>
      </w:r>
      <w:proofErr w:type="spellStart"/>
      <w:r>
        <w:rPr>
          <w:rFonts w:ascii="Arial" w:hAnsi="Arial"/>
          <w:color w:val="323232"/>
          <w:sz w:val="17"/>
        </w:rPr>
        <w:t>sayılı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Kişisel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Verilerin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Korunması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Kanunu</w:t>
      </w:r>
      <w:proofErr w:type="spellEnd"/>
      <w:r>
        <w:rPr>
          <w:rFonts w:ascii="Arial" w:hAnsi="Arial"/>
          <w:color w:val="323232"/>
          <w:sz w:val="17"/>
        </w:rPr>
        <w:t xml:space="preserve"> (KVKK) </w:t>
      </w:r>
      <w:proofErr w:type="spellStart"/>
      <w:r>
        <w:rPr>
          <w:rFonts w:ascii="Arial" w:hAnsi="Arial"/>
          <w:color w:val="323232"/>
          <w:sz w:val="17"/>
        </w:rPr>
        <w:t>uyarınca</w:t>
      </w:r>
      <w:proofErr w:type="spellEnd"/>
      <w:r>
        <w:rPr>
          <w:rFonts w:ascii="Arial" w:hAnsi="Arial"/>
          <w:color w:val="323232"/>
          <w:sz w:val="17"/>
        </w:rPr>
        <w:t xml:space="preserve">; </w:t>
      </w:r>
      <w:proofErr w:type="spellStart"/>
      <w:r>
        <w:rPr>
          <w:rFonts w:ascii="Arial" w:hAnsi="Arial"/>
          <w:color w:val="323232"/>
          <w:sz w:val="17"/>
        </w:rPr>
        <w:t>bu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formda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belirttiğiniz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kişisel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verileriniz</w:t>
      </w:r>
      <w:proofErr w:type="spellEnd"/>
      <w:r>
        <w:rPr>
          <w:rFonts w:ascii="Arial" w:hAnsi="Arial"/>
          <w:color w:val="323232"/>
          <w:sz w:val="17"/>
        </w:rPr>
        <w:t xml:space="preserve"> (Ad-</w:t>
      </w:r>
      <w:proofErr w:type="spellStart"/>
      <w:r>
        <w:rPr>
          <w:rFonts w:ascii="Arial" w:hAnsi="Arial"/>
          <w:color w:val="323232"/>
          <w:sz w:val="17"/>
        </w:rPr>
        <w:t>Soyad</w:t>
      </w:r>
      <w:proofErr w:type="spellEnd"/>
      <w:r>
        <w:rPr>
          <w:rFonts w:ascii="Arial" w:hAnsi="Arial"/>
          <w:color w:val="323232"/>
          <w:sz w:val="17"/>
        </w:rPr>
        <w:t xml:space="preserve">, </w:t>
      </w:r>
      <w:proofErr w:type="spellStart"/>
      <w:r>
        <w:rPr>
          <w:rFonts w:ascii="Arial" w:hAnsi="Arial"/>
          <w:color w:val="323232"/>
          <w:sz w:val="17"/>
        </w:rPr>
        <w:t>Mezuniyet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Bilgileri</w:t>
      </w:r>
      <w:proofErr w:type="spellEnd"/>
      <w:r>
        <w:rPr>
          <w:rFonts w:ascii="Arial" w:hAnsi="Arial"/>
          <w:color w:val="323232"/>
          <w:sz w:val="17"/>
        </w:rPr>
        <w:t xml:space="preserve">, </w:t>
      </w:r>
      <w:proofErr w:type="spellStart"/>
      <w:r>
        <w:rPr>
          <w:rFonts w:ascii="Arial" w:hAnsi="Arial"/>
          <w:color w:val="323232"/>
          <w:sz w:val="17"/>
        </w:rPr>
        <w:t>Çalışılan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Kurum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ve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Unvan</w:t>
      </w:r>
      <w:proofErr w:type="spellEnd"/>
      <w:r>
        <w:rPr>
          <w:rFonts w:ascii="Arial" w:hAnsi="Arial"/>
          <w:color w:val="323232"/>
          <w:sz w:val="17"/>
        </w:rPr>
        <w:t xml:space="preserve">, </w:t>
      </w:r>
      <w:proofErr w:type="spellStart"/>
      <w:r>
        <w:rPr>
          <w:rFonts w:ascii="Arial" w:hAnsi="Arial"/>
          <w:color w:val="323232"/>
          <w:sz w:val="17"/>
        </w:rPr>
        <w:t>Profil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Fotoğrafı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ve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Mezun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Mesajınız</w:t>
      </w:r>
      <w:proofErr w:type="spellEnd"/>
      <w:r>
        <w:rPr>
          <w:rFonts w:ascii="Arial" w:hAnsi="Arial"/>
          <w:color w:val="323232"/>
          <w:sz w:val="17"/>
        </w:rPr>
        <w:t xml:space="preserve">), </w:t>
      </w:r>
      <w:proofErr w:type="spellStart"/>
      <w:r>
        <w:rPr>
          <w:rFonts w:ascii="Arial" w:hAnsi="Arial"/>
          <w:color w:val="323232"/>
          <w:sz w:val="17"/>
        </w:rPr>
        <w:t>Muğla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Sıtkı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Koçman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Üniversitesi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Edebiyat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Fakültesi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Mezunlarımız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r w:rsidR="002A12EA">
        <w:rPr>
          <w:rFonts w:ascii="Arial" w:hAnsi="Arial"/>
          <w:color w:val="323232"/>
          <w:sz w:val="17"/>
        </w:rPr>
        <w:t>İnternet</w:t>
      </w:r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Sayfası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ve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Fakültenin</w:t>
      </w:r>
      <w:proofErr w:type="spellEnd"/>
      <w:r>
        <w:rPr>
          <w:rFonts w:ascii="Arial" w:hAnsi="Arial"/>
          <w:color w:val="323232"/>
          <w:sz w:val="17"/>
        </w:rPr>
        <w:t>/</w:t>
      </w:r>
      <w:proofErr w:type="spellStart"/>
      <w:r>
        <w:rPr>
          <w:rFonts w:ascii="Arial" w:hAnsi="Arial"/>
          <w:color w:val="323232"/>
          <w:sz w:val="17"/>
        </w:rPr>
        <w:t>Üniversitenin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resmi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tanıtım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ve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iletişim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kanallarında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yayınlanmak</w:t>
      </w:r>
      <w:proofErr w:type="spellEnd"/>
      <w:r>
        <w:rPr>
          <w:rFonts w:ascii="Arial" w:hAnsi="Arial"/>
          <w:color w:val="323232"/>
          <w:sz w:val="17"/>
        </w:rPr>
        <w:t xml:space="preserve">, </w:t>
      </w:r>
      <w:proofErr w:type="spellStart"/>
      <w:r>
        <w:rPr>
          <w:rFonts w:ascii="Arial" w:hAnsi="Arial"/>
          <w:color w:val="323232"/>
          <w:sz w:val="17"/>
        </w:rPr>
        <w:t>mezun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ağını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güncel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tutmak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ve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sizinle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iletişim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kurabilmek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amacıyla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işlenecektir</w:t>
      </w:r>
      <w:proofErr w:type="spellEnd"/>
      <w:r>
        <w:rPr>
          <w:rFonts w:ascii="Arial" w:hAnsi="Arial"/>
          <w:color w:val="323232"/>
          <w:sz w:val="17"/>
        </w:rPr>
        <w:t>.</w:t>
      </w:r>
    </w:p>
    <w:p w14:paraId="14221679" w14:textId="0DFBF723" w:rsidR="0022727B" w:rsidRDefault="003040F4" w:rsidP="00220496">
      <w:pPr>
        <w:spacing w:before="40" w:after="80"/>
        <w:ind w:left="288"/>
        <w:jc w:val="both"/>
      </w:pPr>
      <w:proofErr w:type="gramStart"/>
      <w:r>
        <w:rPr>
          <w:rFonts w:ascii="Arial" w:hAnsi="Arial"/>
          <w:b/>
          <w:color w:val="0F2043"/>
          <w:sz w:val="19"/>
        </w:rPr>
        <w:lastRenderedPageBreak/>
        <w:t>[  ]</w:t>
      </w:r>
      <w:proofErr w:type="gramEnd"/>
      <w:r>
        <w:rPr>
          <w:rFonts w:ascii="Arial" w:hAnsi="Arial"/>
          <w:b/>
          <w:color w:val="0F2043"/>
          <w:sz w:val="19"/>
        </w:rPr>
        <w:t xml:space="preserve">  </w:t>
      </w:r>
      <w:r w:rsidR="00220496">
        <w:rPr>
          <w:rFonts w:ascii="Arial" w:hAnsi="Arial"/>
          <w:color w:val="323232"/>
          <w:sz w:val="17"/>
        </w:rPr>
        <w:t>İnternet</w:t>
      </w:r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Sitesi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Yayın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İzni</w:t>
      </w:r>
      <w:proofErr w:type="spellEnd"/>
      <w:r>
        <w:rPr>
          <w:rFonts w:ascii="Arial" w:hAnsi="Arial"/>
          <w:color w:val="323232"/>
          <w:sz w:val="17"/>
        </w:rPr>
        <w:t xml:space="preserve">: </w:t>
      </w:r>
      <w:proofErr w:type="spellStart"/>
      <w:r>
        <w:rPr>
          <w:rFonts w:ascii="Arial" w:hAnsi="Arial"/>
          <w:color w:val="323232"/>
          <w:sz w:val="17"/>
        </w:rPr>
        <w:t>Yukarıda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belirttiğim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kişisel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verilerimin</w:t>
      </w:r>
      <w:proofErr w:type="spellEnd"/>
      <w:r>
        <w:rPr>
          <w:rFonts w:ascii="Arial" w:hAnsi="Arial"/>
          <w:color w:val="323232"/>
          <w:sz w:val="17"/>
        </w:rPr>
        <w:t xml:space="preserve">, </w:t>
      </w:r>
      <w:proofErr w:type="spellStart"/>
      <w:r>
        <w:rPr>
          <w:rFonts w:ascii="Arial" w:hAnsi="Arial"/>
          <w:color w:val="323232"/>
          <w:sz w:val="17"/>
        </w:rPr>
        <w:t>profil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fotoğrafımın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ve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mezun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mesajımın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Muğla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Sıtkı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Koçman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Üniversitesi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Edebiyat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Fakültesi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resmi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r w:rsidR="00D83279">
        <w:rPr>
          <w:rFonts w:ascii="Arial" w:hAnsi="Arial"/>
          <w:color w:val="323232"/>
          <w:sz w:val="17"/>
        </w:rPr>
        <w:t>internet</w:t>
      </w:r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sitesindeki</w:t>
      </w:r>
      <w:proofErr w:type="spellEnd"/>
      <w:r>
        <w:rPr>
          <w:rFonts w:ascii="Arial" w:hAnsi="Arial"/>
          <w:color w:val="323232"/>
          <w:sz w:val="17"/>
        </w:rPr>
        <w:t xml:space="preserve"> "</w:t>
      </w:r>
      <w:proofErr w:type="spellStart"/>
      <w:r>
        <w:rPr>
          <w:rFonts w:ascii="Arial" w:hAnsi="Arial"/>
          <w:color w:val="323232"/>
          <w:sz w:val="17"/>
        </w:rPr>
        <w:t>Mezunlarımız</w:t>
      </w:r>
      <w:proofErr w:type="spellEnd"/>
      <w:r>
        <w:rPr>
          <w:rFonts w:ascii="Arial" w:hAnsi="Arial"/>
          <w:color w:val="323232"/>
          <w:sz w:val="17"/>
        </w:rPr>
        <w:t xml:space="preserve">" </w:t>
      </w:r>
      <w:proofErr w:type="spellStart"/>
      <w:r>
        <w:rPr>
          <w:rFonts w:ascii="Arial" w:hAnsi="Arial"/>
          <w:color w:val="323232"/>
          <w:sz w:val="17"/>
        </w:rPr>
        <w:t>sayfasında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kamuoyuna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açık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şekilde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yayınlanmasına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izin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veriyorum</w:t>
      </w:r>
      <w:proofErr w:type="spellEnd"/>
      <w:r>
        <w:rPr>
          <w:rFonts w:ascii="Arial" w:hAnsi="Arial"/>
          <w:color w:val="323232"/>
          <w:sz w:val="17"/>
        </w:rPr>
        <w:t>.</w:t>
      </w:r>
    </w:p>
    <w:p w14:paraId="7AC4E39D" w14:textId="77777777" w:rsidR="0022727B" w:rsidRDefault="003040F4" w:rsidP="00220496">
      <w:pPr>
        <w:spacing w:before="40" w:after="80"/>
        <w:ind w:left="288"/>
        <w:jc w:val="both"/>
      </w:pPr>
      <w:r>
        <w:rPr>
          <w:rFonts w:ascii="Arial" w:hAnsi="Arial"/>
          <w:b/>
          <w:color w:val="0F2043"/>
          <w:sz w:val="19"/>
        </w:rPr>
        <w:t xml:space="preserve">[ </w:t>
      </w:r>
      <w:proofErr w:type="gramStart"/>
      <w:r>
        <w:rPr>
          <w:rFonts w:ascii="Arial" w:hAnsi="Arial"/>
          <w:b/>
          <w:color w:val="0F2043"/>
          <w:sz w:val="19"/>
        </w:rPr>
        <w:t xml:space="preserve">  ]</w:t>
      </w:r>
      <w:proofErr w:type="gramEnd"/>
      <w:r>
        <w:rPr>
          <w:rFonts w:ascii="Arial" w:hAnsi="Arial"/>
          <w:b/>
          <w:color w:val="0F2043"/>
          <w:sz w:val="19"/>
        </w:rPr>
        <w:t xml:space="preserve">  </w:t>
      </w:r>
      <w:proofErr w:type="spellStart"/>
      <w:r>
        <w:rPr>
          <w:rFonts w:ascii="Arial" w:hAnsi="Arial"/>
          <w:color w:val="323232"/>
          <w:sz w:val="17"/>
        </w:rPr>
        <w:t>İletişim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ve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Duyuru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İzni</w:t>
      </w:r>
      <w:proofErr w:type="spellEnd"/>
      <w:r>
        <w:rPr>
          <w:rFonts w:ascii="Arial" w:hAnsi="Arial"/>
          <w:color w:val="323232"/>
          <w:sz w:val="17"/>
        </w:rPr>
        <w:t xml:space="preserve">: </w:t>
      </w:r>
      <w:proofErr w:type="spellStart"/>
      <w:r>
        <w:rPr>
          <w:rFonts w:ascii="Arial" w:hAnsi="Arial"/>
          <w:color w:val="323232"/>
          <w:sz w:val="17"/>
        </w:rPr>
        <w:t>Fakülte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ve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Üniversite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tarafından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düzenlenen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mezun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etkinlikleri</w:t>
      </w:r>
      <w:proofErr w:type="spellEnd"/>
      <w:r>
        <w:rPr>
          <w:rFonts w:ascii="Arial" w:hAnsi="Arial"/>
          <w:color w:val="323232"/>
          <w:sz w:val="17"/>
        </w:rPr>
        <w:t xml:space="preserve">, </w:t>
      </w:r>
      <w:proofErr w:type="spellStart"/>
      <w:r>
        <w:rPr>
          <w:rFonts w:ascii="Arial" w:hAnsi="Arial"/>
          <w:color w:val="323232"/>
          <w:sz w:val="17"/>
        </w:rPr>
        <w:t>akademik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haberler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ve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duyurulardan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haberdar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edilmek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üzere</w:t>
      </w:r>
      <w:proofErr w:type="spellEnd"/>
      <w:r>
        <w:rPr>
          <w:rFonts w:ascii="Arial" w:hAnsi="Arial"/>
          <w:color w:val="323232"/>
          <w:sz w:val="17"/>
        </w:rPr>
        <w:t xml:space="preserve"> e-</w:t>
      </w:r>
      <w:proofErr w:type="spellStart"/>
      <w:r>
        <w:rPr>
          <w:rFonts w:ascii="Arial" w:hAnsi="Arial"/>
          <w:color w:val="323232"/>
          <w:sz w:val="17"/>
        </w:rPr>
        <w:t>posta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ve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telefon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bilgilerimin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kullanılmasına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izin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veriyorum</w:t>
      </w:r>
      <w:proofErr w:type="spellEnd"/>
      <w:r>
        <w:rPr>
          <w:rFonts w:ascii="Arial" w:hAnsi="Arial"/>
          <w:color w:val="323232"/>
          <w:sz w:val="17"/>
        </w:rPr>
        <w:t>.</w:t>
      </w:r>
    </w:p>
    <w:p w14:paraId="6E5CFF0F" w14:textId="19BDD9AB" w:rsidR="0022727B" w:rsidRDefault="003040F4" w:rsidP="00220496">
      <w:pPr>
        <w:spacing w:before="40" w:after="80"/>
        <w:ind w:left="288"/>
        <w:jc w:val="both"/>
      </w:pPr>
      <w:r>
        <w:rPr>
          <w:rFonts w:ascii="Arial" w:hAnsi="Arial"/>
          <w:b/>
          <w:color w:val="0F2043"/>
          <w:sz w:val="19"/>
        </w:rPr>
        <w:t xml:space="preserve">[ </w:t>
      </w:r>
      <w:proofErr w:type="gramStart"/>
      <w:r>
        <w:rPr>
          <w:rFonts w:ascii="Arial" w:hAnsi="Arial"/>
          <w:b/>
          <w:color w:val="0F2043"/>
          <w:sz w:val="19"/>
        </w:rPr>
        <w:t xml:space="preserve">  ]</w:t>
      </w:r>
      <w:proofErr w:type="gramEnd"/>
      <w:r>
        <w:rPr>
          <w:rFonts w:ascii="Arial" w:hAnsi="Arial"/>
          <w:b/>
          <w:color w:val="0F2043"/>
          <w:sz w:val="19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Sosyal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Medya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Paylaşım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İzni</w:t>
      </w:r>
      <w:proofErr w:type="spellEnd"/>
      <w:r>
        <w:rPr>
          <w:rFonts w:ascii="Arial" w:hAnsi="Arial"/>
          <w:color w:val="323232"/>
          <w:sz w:val="17"/>
        </w:rPr>
        <w:t xml:space="preserve">: </w:t>
      </w:r>
      <w:proofErr w:type="spellStart"/>
      <w:r>
        <w:rPr>
          <w:rFonts w:ascii="Arial" w:hAnsi="Arial"/>
          <w:color w:val="323232"/>
          <w:sz w:val="17"/>
        </w:rPr>
        <w:t>Mezun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başarı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hikayeleri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ve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tanıtım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kapsamındaki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paylaşımlarda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profilimin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Fakültenin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resmi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sosyal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medya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hesaplarında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yayınlanmasına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izin</w:t>
      </w:r>
      <w:proofErr w:type="spellEnd"/>
      <w:r>
        <w:rPr>
          <w:rFonts w:ascii="Arial" w:hAnsi="Arial"/>
          <w:color w:val="323232"/>
          <w:sz w:val="17"/>
        </w:rPr>
        <w:t xml:space="preserve"> </w:t>
      </w:r>
      <w:proofErr w:type="spellStart"/>
      <w:r>
        <w:rPr>
          <w:rFonts w:ascii="Arial" w:hAnsi="Arial"/>
          <w:color w:val="323232"/>
          <w:sz w:val="17"/>
        </w:rPr>
        <w:t>veriyorum</w:t>
      </w:r>
      <w:proofErr w:type="spellEnd"/>
      <w:r>
        <w:rPr>
          <w:rFonts w:ascii="Arial" w:hAnsi="Arial"/>
          <w:color w:val="323232"/>
          <w:sz w:val="17"/>
        </w:rPr>
        <w:t>.</w:t>
      </w:r>
    </w:p>
    <w:p w14:paraId="00B1DA90" w14:textId="77777777" w:rsidR="0022727B" w:rsidRDefault="003040F4">
      <w:pPr>
        <w:spacing w:before="80" w:after="240"/>
      </w:pPr>
      <w:proofErr w:type="spellStart"/>
      <w:r>
        <w:rPr>
          <w:rFonts w:ascii="Arial" w:hAnsi="Arial"/>
          <w:i/>
          <w:color w:val="646464"/>
          <w:sz w:val="16"/>
        </w:rPr>
        <w:t>Verdiğiniz</w:t>
      </w:r>
      <w:proofErr w:type="spellEnd"/>
      <w:r>
        <w:rPr>
          <w:rFonts w:ascii="Arial" w:hAnsi="Arial"/>
          <w:i/>
          <w:color w:val="646464"/>
          <w:sz w:val="16"/>
        </w:rPr>
        <w:t xml:space="preserve"> </w:t>
      </w:r>
      <w:proofErr w:type="spellStart"/>
      <w:r>
        <w:rPr>
          <w:rFonts w:ascii="Arial" w:hAnsi="Arial"/>
          <w:i/>
          <w:color w:val="646464"/>
          <w:sz w:val="16"/>
        </w:rPr>
        <w:t>rızayı</w:t>
      </w:r>
      <w:proofErr w:type="spellEnd"/>
      <w:r>
        <w:rPr>
          <w:rFonts w:ascii="Arial" w:hAnsi="Arial"/>
          <w:i/>
          <w:color w:val="646464"/>
          <w:sz w:val="16"/>
        </w:rPr>
        <w:t xml:space="preserve"> </w:t>
      </w:r>
      <w:proofErr w:type="spellStart"/>
      <w:r>
        <w:rPr>
          <w:rFonts w:ascii="Arial" w:hAnsi="Arial"/>
          <w:i/>
          <w:color w:val="646464"/>
          <w:sz w:val="16"/>
        </w:rPr>
        <w:t>dilediğiniz</w:t>
      </w:r>
      <w:proofErr w:type="spellEnd"/>
      <w:r>
        <w:rPr>
          <w:rFonts w:ascii="Arial" w:hAnsi="Arial"/>
          <w:i/>
          <w:color w:val="646464"/>
          <w:sz w:val="16"/>
        </w:rPr>
        <w:t xml:space="preserve"> zaman edebiyat@mu.edu.tr </w:t>
      </w:r>
      <w:proofErr w:type="spellStart"/>
      <w:r>
        <w:rPr>
          <w:rFonts w:ascii="Arial" w:hAnsi="Arial"/>
          <w:i/>
          <w:color w:val="646464"/>
          <w:sz w:val="16"/>
        </w:rPr>
        <w:t>adresine</w:t>
      </w:r>
      <w:proofErr w:type="spellEnd"/>
      <w:r>
        <w:rPr>
          <w:rFonts w:ascii="Arial" w:hAnsi="Arial"/>
          <w:i/>
          <w:color w:val="646464"/>
          <w:sz w:val="16"/>
        </w:rPr>
        <w:t xml:space="preserve"> e-</w:t>
      </w:r>
      <w:proofErr w:type="spellStart"/>
      <w:r>
        <w:rPr>
          <w:rFonts w:ascii="Arial" w:hAnsi="Arial"/>
          <w:i/>
          <w:color w:val="646464"/>
          <w:sz w:val="16"/>
        </w:rPr>
        <w:t>posta</w:t>
      </w:r>
      <w:proofErr w:type="spellEnd"/>
      <w:r>
        <w:rPr>
          <w:rFonts w:ascii="Arial" w:hAnsi="Arial"/>
          <w:i/>
          <w:color w:val="646464"/>
          <w:sz w:val="16"/>
        </w:rPr>
        <w:t xml:space="preserve"> </w:t>
      </w:r>
      <w:proofErr w:type="spellStart"/>
      <w:r>
        <w:rPr>
          <w:rFonts w:ascii="Arial" w:hAnsi="Arial"/>
          <w:i/>
          <w:color w:val="646464"/>
          <w:sz w:val="16"/>
        </w:rPr>
        <w:t>göndererek</w:t>
      </w:r>
      <w:proofErr w:type="spellEnd"/>
      <w:r>
        <w:rPr>
          <w:rFonts w:ascii="Arial" w:hAnsi="Arial"/>
          <w:i/>
          <w:color w:val="646464"/>
          <w:sz w:val="16"/>
        </w:rPr>
        <w:t xml:space="preserve"> </w:t>
      </w:r>
      <w:proofErr w:type="spellStart"/>
      <w:r>
        <w:rPr>
          <w:rFonts w:ascii="Arial" w:hAnsi="Arial"/>
          <w:i/>
          <w:color w:val="646464"/>
          <w:sz w:val="16"/>
        </w:rPr>
        <w:t>geri</w:t>
      </w:r>
      <w:proofErr w:type="spellEnd"/>
      <w:r>
        <w:rPr>
          <w:rFonts w:ascii="Arial" w:hAnsi="Arial"/>
          <w:i/>
          <w:color w:val="646464"/>
          <w:sz w:val="16"/>
        </w:rPr>
        <w:t xml:space="preserve"> </w:t>
      </w:r>
      <w:proofErr w:type="spellStart"/>
      <w:r>
        <w:rPr>
          <w:rFonts w:ascii="Arial" w:hAnsi="Arial"/>
          <w:i/>
          <w:color w:val="646464"/>
          <w:sz w:val="16"/>
        </w:rPr>
        <w:t>çekme</w:t>
      </w:r>
      <w:proofErr w:type="spellEnd"/>
      <w:r>
        <w:rPr>
          <w:rFonts w:ascii="Arial" w:hAnsi="Arial"/>
          <w:i/>
          <w:color w:val="646464"/>
          <w:sz w:val="16"/>
        </w:rPr>
        <w:t xml:space="preserve"> </w:t>
      </w:r>
      <w:proofErr w:type="spellStart"/>
      <w:r>
        <w:rPr>
          <w:rFonts w:ascii="Arial" w:hAnsi="Arial"/>
          <w:i/>
          <w:color w:val="646464"/>
          <w:sz w:val="16"/>
        </w:rPr>
        <w:t>veya</w:t>
      </w:r>
      <w:proofErr w:type="spellEnd"/>
      <w:r>
        <w:rPr>
          <w:rFonts w:ascii="Arial" w:hAnsi="Arial"/>
          <w:i/>
          <w:color w:val="646464"/>
          <w:sz w:val="16"/>
        </w:rPr>
        <w:t xml:space="preserve"> </w:t>
      </w:r>
      <w:proofErr w:type="spellStart"/>
      <w:r>
        <w:rPr>
          <w:rFonts w:ascii="Arial" w:hAnsi="Arial"/>
          <w:i/>
          <w:color w:val="646464"/>
          <w:sz w:val="16"/>
        </w:rPr>
        <w:t>verilerinizin</w:t>
      </w:r>
      <w:proofErr w:type="spellEnd"/>
      <w:r>
        <w:rPr>
          <w:rFonts w:ascii="Arial" w:hAnsi="Arial"/>
          <w:i/>
          <w:color w:val="646464"/>
          <w:sz w:val="16"/>
        </w:rPr>
        <w:t xml:space="preserve"> </w:t>
      </w:r>
      <w:proofErr w:type="spellStart"/>
      <w:r>
        <w:rPr>
          <w:rFonts w:ascii="Arial" w:hAnsi="Arial"/>
          <w:i/>
          <w:color w:val="646464"/>
          <w:sz w:val="16"/>
        </w:rPr>
        <w:t>güncellenmesini</w:t>
      </w:r>
      <w:proofErr w:type="spellEnd"/>
      <w:r>
        <w:rPr>
          <w:rFonts w:ascii="Arial" w:hAnsi="Arial"/>
          <w:i/>
          <w:color w:val="646464"/>
          <w:sz w:val="16"/>
        </w:rPr>
        <w:t>/</w:t>
      </w:r>
      <w:proofErr w:type="spellStart"/>
      <w:r>
        <w:rPr>
          <w:rFonts w:ascii="Arial" w:hAnsi="Arial"/>
          <w:i/>
          <w:color w:val="646464"/>
          <w:sz w:val="16"/>
        </w:rPr>
        <w:t>silinmesini</w:t>
      </w:r>
      <w:proofErr w:type="spellEnd"/>
      <w:r>
        <w:rPr>
          <w:rFonts w:ascii="Arial" w:hAnsi="Arial"/>
          <w:i/>
          <w:color w:val="646464"/>
          <w:sz w:val="16"/>
        </w:rPr>
        <w:t xml:space="preserve"> </w:t>
      </w:r>
      <w:proofErr w:type="spellStart"/>
      <w:r>
        <w:rPr>
          <w:rFonts w:ascii="Arial" w:hAnsi="Arial"/>
          <w:i/>
          <w:color w:val="646464"/>
          <w:sz w:val="16"/>
        </w:rPr>
        <w:t>talep</w:t>
      </w:r>
      <w:proofErr w:type="spellEnd"/>
      <w:r>
        <w:rPr>
          <w:rFonts w:ascii="Arial" w:hAnsi="Arial"/>
          <w:i/>
          <w:color w:val="646464"/>
          <w:sz w:val="16"/>
        </w:rPr>
        <w:t xml:space="preserve"> </w:t>
      </w:r>
      <w:proofErr w:type="spellStart"/>
      <w:r>
        <w:rPr>
          <w:rFonts w:ascii="Arial" w:hAnsi="Arial"/>
          <w:i/>
          <w:color w:val="646464"/>
          <w:sz w:val="16"/>
        </w:rPr>
        <w:t>etme</w:t>
      </w:r>
      <w:proofErr w:type="spellEnd"/>
      <w:r>
        <w:rPr>
          <w:rFonts w:ascii="Arial" w:hAnsi="Arial"/>
          <w:i/>
          <w:color w:val="646464"/>
          <w:sz w:val="16"/>
        </w:rPr>
        <w:t xml:space="preserve"> </w:t>
      </w:r>
      <w:proofErr w:type="spellStart"/>
      <w:r>
        <w:rPr>
          <w:rFonts w:ascii="Arial" w:hAnsi="Arial"/>
          <w:i/>
          <w:color w:val="646464"/>
          <w:sz w:val="16"/>
        </w:rPr>
        <w:t>hakkınız</w:t>
      </w:r>
      <w:proofErr w:type="spellEnd"/>
      <w:r>
        <w:rPr>
          <w:rFonts w:ascii="Arial" w:hAnsi="Arial"/>
          <w:i/>
          <w:color w:val="646464"/>
          <w:sz w:val="16"/>
        </w:rPr>
        <w:t xml:space="preserve"> </w:t>
      </w:r>
      <w:proofErr w:type="spellStart"/>
      <w:r>
        <w:rPr>
          <w:rFonts w:ascii="Arial" w:hAnsi="Arial"/>
          <w:i/>
          <w:color w:val="646464"/>
          <w:sz w:val="16"/>
        </w:rPr>
        <w:t>saklıdır</w:t>
      </w:r>
      <w:proofErr w:type="spellEnd"/>
      <w:r>
        <w:rPr>
          <w:rFonts w:ascii="Arial" w:hAnsi="Arial"/>
          <w:i/>
          <w:color w:val="646464"/>
          <w:sz w:val="16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96"/>
        <w:gridCol w:w="4896"/>
      </w:tblGrid>
      <w:tr w:rsidR="0022727B" w14:paraId="0072C052" w14:textId="77777777">
        <w:tc>
          <w:tcPr>
            <w:tcW w:w="4896" w:type="dxa"/>
          </w:tcPr>
          <w:p w14:paraId="421A8062" w14:textId="77777777" w:rsidR="0022727B" w:rsidRDefault="003040F4">
            <w:pPr>
              <w:spacing w:before="80" w:after="80"/>
            </w:pP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Tarih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 xml:space="preserve">: </w:t>
            </w:r>
            <w:proofErr w:type="gramStart"/>
            <w:r>
              <w:rPr>
                <w:rFonts w:ascii="Arial" w:hAnsi="Arial"/>
                <w:b/>
                <w:color w:val="323232"/>
                <w:sz w:val="18"/>
              </w:rPr>
              <w:t>.....</w:t>
            </w:r>
            <w:proofErr w:type="gramEnd"/>
            <w:r>
              <w:rPr>
                <w:rFonts w:ascii="Arial" w:hAnsi="Arial"/>
                <w:b/>
                <w:color w:val="323232"/>
                <w:sz w:val="18"/>
              </w:rPr>
              <w:t xml:space="preserve"> / ..... / 202...</w:t>
            </w:r>
          </w:p>
        </w:tc>
        <w:tc>
          <w:tcPr>
            <w:tcW w:w="4896" w:type="dxa"/>
          </w:tcPr>
          <w:p w14:paraId="0DBC00AE" w14:textId="77777777" w:rsidR="0022727B" w:rsidRDefault="003040F4">
            <w:pPr>
              <w:spacing w:before="80" w:after="80"/>
            </w:pP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Adı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Soyadı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>: ___________________________</w:t>
            </w:r>
          </w:p>
        </w:tc>
      </w:tr>
      <w:tr w:rsidR="0022727B" w14:paraId="6E5E0744" w14:textId="77777777">
        <w:tc>
          <w:tcPr>
            <w:tcW w:w="4896" w:type="dxa"/>
          </w:tcPr>
          <w:p w14:paraId="4D48CA9A" w14:textId="77777777" w:rsidR="0022727B" w:rsidRDefault="0022727B">
            <w:pPr>
              <w:spacing w:before="80" w:after="80"/>
            </w:pPr>
          </w:p>
        </w:tc>
        <w:tc>
          <w:tcPr>
            <w:tcW w:w="4896" w:type="dxa"/>
          </w:tcPr>
          <w:p w14:paraId="7C91545A" w14:textId="77777777" w:rsidR="0022727B" w:rsidRDefault="003040F4">
            <w:pPr>
              <w:spacing w:before="80" w:after="80"/>
            </w:pP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İmza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Dijital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323232"/>
                <w:sz w:val="18"/>
              </w:rPr>
              <w:t>Onay</w:t>
            </w:r>
            <w:proofErr w:type="spellEnd"/>
            <w:r>
              <w:rPr>
                <w:rFonts w:ascii="Arial" w:hAnsi="Arial"/>
                <w:b/>
                <w:color w:val="323232"/>
                <w:sz w:val="18"/>
              </w:rPr>
              <w:t>: ___________________</w:t>
            </w:r>
          </w:p>
        </w:tc>
      </w:tr>
    </w:tbl>
    <w:p w14:paraId="28499E3C" w14:textId="77777777" w:rsidR="00A8679F" w:rsidRDefault="00A8679F"/>
    <w:sectPr w:rsidR="00A8679F" w:rsidSect="00034616">
      <w:headerReference w:type="default" r:id="rId9"/>
      <w:footerReference w:type="default" r:id="rId10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632A0" w14:textId="77777777" w:rsidR="00CC18F1" w:rsidRDefault="00CC18F1">
      <w:pPr>
        <w:spacing w:after="0" w:line="240" w:lineRule="auto"/>
      </w:pPr>
      <w:r>
        <w:separator/>
      </w:r>
    </w:p>
  </w:endnote>
  <w:endnote w:type="continuationSeparator" w:id="0">
    <w:p w14:paraId="2E001990" w14:textId="77777777" w:rsidR="00CC18F1" w:rsidRDefault="00CC1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8C42D" w14:textId="77777777" w:rsidR="0022727B" w:rsidRPr="002E7ECD" w:rsidRDefault="003040F4">
    <w:pPr>
      <w:pStyle w:val="AltBilgi"/>
      <w:jc w:val="center"/>
    </w:pPr>
    <w:proofErr w:type="spellStart"/>
    <w:r w:rsidRPr="002E7ECD">
      <w:rPr>
        <w:color w:val="787878"/>
        <w:sz w:val="18"/>
      </w:rPr>
      <w:t>Sayfa</w:t>
    </w:r>
    <w:proofErr w:type="spellEnd"/>
    <w:r w:rsidRPr="002E7ECD">
      <w:rPr>
        <w:color w:val="787878"/>
        <w:sz w:val="18"/>
      </w:rPr>
      <w:t xml:space="preserve"> </w:t>
    </w:r>
    <w:r w:rsidRPr="002E7ECD">
      <w:fldChar w:fldCharType="begin"/>
    </w:r>
    <w:r w:rsidRPr="002E7ECD">
      <w:instrText>PAGE</w:instrText>
    </w:r>
    <w:r w:rsidRPr="002E7ECD">
      <w:fldChar w:fldCharType="separate"/>
    </w:r>
    <w:r w:rsidR="00DE63FD" w:rsidRPr="002E7ECD">
      <w:rPr>
        <w:noProof/>
      </w:rPr>
      <w:t>1</w:t>
    </w:r>
    <w:r w:rsidRPr="002E7ECD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4F3E7" w14:textId="77777777" w:rsidR="00CC18F1" w:rsidRDefault="00CC18F1">
      <w:pPr>
        <w:spacing w:after="0" w:line="240" w:lineRule="auto"/>
      </w:pPr>
      <w:r>
        <w:separator/>
      </w:r>
    </w:p>
  </w:footnote>
  <w:footnote w:type="continuationSeparator" w:id="0">
    <w:p w14:paraId="4B10F359" w14:textId="77777777" w:rsidR="00CC18F1" w:rsidRDefault="00CC1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55371" w14:textId="77777777" w:rsidR="0022727B" w:rsidRDefault="003040F4">
    <w:pPr>
      <w:pStyle w:val="stBilgi"/>
      <w:jc w:val="right"/>
    </w:pPr>
    <w:proofErr w:type="spellStart"/>
    <w:r>
      <w:rPr>
        <w:rFonts w:ascii="Arial" w:hAnsi="Arial"/>
        <w:color w:val="787878"/>
        <w:sz w:val="17"/>
      </w:rPr>
      <w:t>Muğla</w:t>
    </w:r>
    <w:proofErr w:type="spellEnd"/>
    <w:r>
      <w:rPr>
        <w:rFonts w:ascii="Arial" w:hAnsi="Arial"/>
        <w:color w:val="787878"/>
        <w:sz w:val="17"/>
      </w:rPr>
      <w:t xml:space="preserve"> </w:t>
    </w:r>
    <w:proofErr w:type="spellStart"/>
    <w:r>
      <w:rPr>
        <w:rFonts w:ascii="Arial" w:hAnsi="Arial"/>
        <w:color w:val="787878"/>
        <w:sz w:val="17"/>
      </w:rPr>
      <w:t>Sıtkı</w:t>
    </w:r>
    <w:proofErr w:type="spellEnd"/>
    <w:r>
      <w:rPr>
        <w:rFonts w:ascii="Arial" w:hAnsi="Arial"/>
        <w:color w:val="787878"/>
        <w:sz w:val="17"/>
      </w:rPr>
      <w:t xml:space="preserve"> </w:t>
    </w:r>
    <w:proofErr w:type="spellStart"/>
    <w:r>
      <w:rPr>
        <w:rFonts w:ascii="Arial" w:hAnsi="Arial"/>
        <w:color w:val="787878"/>
        <w:sz w:val="17"/>
      </w:rPr>
      <w:t>Koçman</w:t>
    </w:r>
    <w:proofErr w:type="spellEnd"/>
    <w:r>
      <w:rPr>
        <w:rFonts w:ascii="Arial" w:hAnsi="Arial"/>
        <w:color w:val="787878"/>
        <w:sz w:val="17"/>
      </w:rPr>
      <w:t xml:space="preserve"> </w:t>
    </w:r>
    <w:proofErr w:type="spellStart"/>
    <w:r>
      <w:rPr>
        <w:rFonts w:ascii="Arial" w:hAnsi="Arial"/>
        <w:color w:val="787878"/>
        <w:sz w:val="17"/>
      </w:rPr>
      <w:t>Üniversitesi</w:t>
    </w:r>
    <w:proofErr w:type="spellEnd"/>
    <w:r>
      <w:rPr>
        <w:rFonts w:ascii="Arial" w:hAnsi="Arial"/>
        <w:color w:val="787878"/>
        <w:sz w:val="17"/>
      </w:rPr>
      <w:t xml:space="preserve"> </w:t>
    </w:r>
    <w:proofErr w:type="spellStart"/>
    <w:r>
      <w:rPr>
        <w:rFonts w:ascii="Arial" w:hAnsi="Arial"/>
        <w:color w:val="787878"/>
        <w:sz w:val="17"/>
      </w:rPr>
      <w:t>Edebiyat</w:t>
    </w:r>
    <w:proofErr w:type="spellEnd"/>
    <w:r>
      <w:rPr>
        <w:rFonts w:ascii="Arial" w:hAnsi="Arial"/>
        <w:color w:val="787878"/>
        <w:sz w:val="17"/>
      </w:rPr>
      <w:t xml:space="preserve"> </w:t>
    </w:r>
    <w:proofErr w:type="spellStart"/>
    <w:r>
      <w:rPr>
        <w:rFonts w:ascii="Arial" w:hAnsi="Arial"/>
        <w:color w:val="787878"/>
        <w:sz w:val="17"/>
      </w:rPr>
      <w:t>Fakültesi</w:t>
    </w:r>
    <w:proofErr w:type="spellEnd"/>
    <w:r>
      <w:rPr>
        <w:rFonts w:ascii="Arial" w:hAnsi="Arial"/>
        <w:color w:val="787878"/>
        <w:sz w:val="17"/>
      </w:rPr>
      <w:t xml:space="preserve"> | </w:t>
    </w:r>
    <w:proofErr w:type="spellStart"/>
    <w:r>
      <w:rPr>
        <w:rFonts w:ascii="Arial" w:hAnsi="Arial"/>
        <w:color w:val="787878"/>
        <w:sz w:val="17"/>
      </w:rPr>
      <w:t>Mezun</w:t>
    </w:r>
    <w:proofErr w:type="spellEnd"/>
    <w:r>
      <w:rPr>
        <w:rFonts w:ascii="Arial" w:hAnsi="Arial"/>
        <w:color w:val="787878"/>
        <w:sz w:val="17"/>
      </w:rPr>
      <w:t xml:space="preserve"> Bilgi </w:t>
    </w:r>
    <w:proofErr w:type="spellStart"/>
    <w:r>
      <w:rPr>
        <w:rFonts w:ascii="Arial" w:hAnsi="Arial"/>
        <w:color w:val="787878"/>
        <w:sz w:val="17"/>
      </w:rPr>
      <w:t>Formu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1723"/>
    <w:rsid w:val="00220496"/>
    <w:rsid w:val="0022727B"/>
    <w:rsid w:val="0029639D"/>
    <w:rsid w:val="002A12EA"/>
    <w:rsid w:val="002E7ECD"/>
    <w:rsid w:val="003040F4"/>
    <w:rsid w:val="00326F90"/>
    <w:rsid w:val="00672139"/>
    <w:rsid w:val="006F458B"/>
    <w:rsid w:val="0097095F"/>
    <w:rsid w:val="00A8679F"/>
    <w:rsid w:val="00AA1D8D"/>
    <w:rsid w:val="00B47730"/>
    <w:rsid w:val="00C94F63"/>
    <w:rsid w:val="00CB0664"/>
    <w:rsid w:val="00CC18F1"/>
    <w:rsid w:val="00D83279"/>
    <w:rsid w:val="00DE63FD"/>
    <w:rsid w:val="00F15AF8"/>
    <w:rsid w:val="00F543D4"/>
    <w:rsid w:val="00FC693F"/>
    <w:rsid w:val="00FE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448059"/>
  <w14:defaultImageDpi w14:val="300"/>
  <w15:docId w15:val="{A7D3385C-73C4-4D4D-B590-80E50A90E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A76EA4A-E3AF-4BBC-A6C4-AE0F08F7C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MSKU</cp:lastModifiedBy>
  <cp:revision>2</cp:revision>
  <dcterms:created xsi:type="dcterms:W3CDTF">2026-09-28T11:57:00Z</dcterms:created>
  <dcterms:modified xsi:type="dcterms:W3CDTF">2026-09-28T11:57:00Z</dcterms:modified>
  <cp:category/>
</cp:coreProperties>
</file>